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385D5" w14:textId="77777777" w:rsidR="00D52572" w:rsidRDefault="00000000">
      <w:pPr>
        <w:spacing w:after="240"/>
      </w:pPr>
      <w:r>
        <w:rPr>
          <w:b/>
          <w:color w:val="1B365D"/>
          <w:sz w:val="22"/>
        </w:rPr>
        <w:t>RIJEČKI SPORTSKI SAVEZ</w:t>
      </w:r>
      <w:r>
        <w:rPr>
          <w:b/>
          <w:color w:val="1B365D"/>
          <w:sz w:val="22"/>
        </w:rPr>
        <w:br/>
      </w:r>
      <w:r>
        <w:t>Jadranski trg 4, 51000 Rijeka | T: 051 313 500 | MB: 3337472 | OIB: 03489426158</w:t>
      </w:r>
      <w:r>
        <w:br/>
        <w:t>E-mail: rss@rss.hr | W: www.rss.hr | IBAN: HR3924880011100116312</w:t>
      </w:r>
    </w:p>
    <w:p w14:paraId="3D520968" w14:textId="77777777" w:rsidR="00D52572" w:rsidRDefault="00000000">
      <w:pPr>
        <w:spacing w:after="80"/>
        <w:jc w:val="center"/>
      </w:pPr>
      <w:r>
        <w:rPr>
          <w:b/>
          <w:color w:val="1B365D"/>
          <w:sz w:val="28"/>
        </w:rPr>
        <w:t>PRIVOLA</w:t>
      </w:r>
    </w:p>
    <w:p w14:paraId="0F3FAA22" w14:textId="77777777" w:rsidR="00D52572" w:rsidRDefault="00000000">
      <w:pPr>
        <w:spacing w:after="240"/>
        <w:jc w:val="center"/>
      </w:pPr>
      <w:r>
        <w:rPr>
          <w:color w:val="646464"/>
          <w:sz w:val="22"/>
        </w:rPr>
        <w:t>za prikupljanje i obradu osobnih podataka</w:t>
      </w:r>
    </w:p>
    <w:p w14:paraId="186E9B8B" w14:textId="77777777" w:rsidR="00D52572" w:rsidRDefault="00000000">
      <w:pPr>
        <w:spacing w:before="120" w:after="160"/>
      </w:pPr>
      <w:r>
        <w:t xml:space="preserve">Prihvaćanjem ove Privole i ustupanjem osobnih podataka registriranih članova Udruge, a za potrebe </w:t>
      </w:r>
      <w:r>
        <w:rPr>
          <w:b/>
        </w:rPr>
        <w:t>Javnog poziva za sufinanciranje programa javnih potreba u sportu Grada Rijeke za 2027.</w:t>
      </w:r>
      <w:r>
        <w:t xml:space="preserve">, potvrđujem da sam istu pročitao i razumio te dopuštam </w:t>
      </w:r>
      <w:r>
        <w:rPr>
          <w:b/>
        </w:rPr>
        <w:t>ZAJEDNICI SPORTSKIH UDRUGA GRADA RIJEKE "RIJEČKI SPORTSKI SAVEZ"</w:t>
      </w:r>
      <w:r>
        <w:t>, Rijeka, Jadranski trg 4, kao Voditelju obrade (u daljnjem tekstu Zajednica) da te osobne podatke prikuplja, obrađuje i koristi, vodi zbirke osobnih podataka, sastavlja podatkovne baze podataka u navedene svrhe.</w:t>
      </w:r>
    </w:p>
    <w:p w14:paraId="6651D805" w14:textId="77777777" w:rsidR="00D52572" w:rsidRDefault="00000000">
      <w:pPr>
        <w:spacing w:before="80" w:after="160"/>
      </w:pPr>
      <w:r>
        <w:t>Zajednica će s osobnim podacima postupati sukladno Općoj uredbi o zaštiti podataka (EU GDPR) i Zakonu o provedbi Opće uredbe o zaštiti podataka (NN 42/2018.), uz primjenu odgovarajućih organizacijskih i tehničkih mjera zaštite osobnih podataka od neovlaštenog pristupa, zlouporabe, otkrivanja, gubitka ili uništenja. Zajednica čuva povjerljivost svih osobnih podataka prikupljenih u predviđenim obrascima te omogućava pristup i priopćavanje osobnih podataka samo onim svojim zaposlenicima i/ili članovima kojima su oni potrebni radi provedbe njihovih aktivnosti, a trećim osobama samo u slučajevima koji su propisani zakonom ili predstavljaju dio aktivnosti Zajednice.</w:t>
      </w:r>
    </w:p>
    <w:p w14:paraId="6CD91E51" w14:textId="77777777" w:rsidR="00D52572" w:rsidRDefault="00000000">
      <w:pPr>
        <w:spacing w:before="80"/>
      </w:pPr>
      <w:r>
        <w:t xml:space="preserve">Ova privola vrijedi do opoziva. Opoziv privole možete podnijeti osobno dolaskom na gore navedenu adresu ili e-poštom na adresu: </w:t>
      </w:r>
      <w:r>
        <w:rPr>
          <w:b/>
        </w:rPr>
        <w:t>javnipoziv@rss.hr</w:t>
      </w:r>
      <w:r>
        <w:t>.</w:t>
      </w:r>
    </w:p>
    <w:p w14:paraId="606CF5D8" w14:textId="77777777" w:rsidR="00D52572" w:rsidRDefault="00000000">
      <w:pPr>
        <w:keepNext/>
        <w:spacing w:before="240" w:after="80"/>
      </w:pPr>
      <w:r>
        <w:rPr>
          <w:b/>
          <w:color w:val="1B365D"/>
          <w:sz w:val="21"/>
        </w:rPr>
        <w:t>Rok čuvanja ovako prikupljenih podataka je:</w:t>
      </w:r>
    </w:p>
    <w:p w14:paraId="4F205960" w14:textId="77777777" w:rsidR="00D52572" w:rsidRDefault="00000000">
      <w:pPr>
        <w:pStyle w:val="ListBullet"/>
        <w:spacing w:before="40" w:after="80"/>
      </w:pPr>
      <w:r>
        <w:rPr>
          <w:sz w:val="19"/>
        </w:rPr>
        <w:t>Do ispunjenja zakonskih zahtjeva/propisanog roka Zajednice o rokovima čuvanja relevantne dokumentacije;</w:t>
      </w:r>
    </w:p>
    <w:p w14:paraId="2711A605" w14:textId="77777777" w:rsidR="00D52572" w:rsidRDefault="00000000">
      <w:pPr>
        <w:pStyle w:val="ListBullet"/>
        <w:spacing w:before="40" w:after="80"/>
      </w:pPr>
      <w:r>
        <w:rPr>
          <w:sz w:val="19"/>
        </w:rPr>
        <w:t>Do trenutka ukidanja (povlačenja) privole.</w:t>
      </w:r>
    </w:p>
    <w:p w14:paraId="6B1AE81A" w14:textId="77777777" w:rsidR="00D52572" w:rsidRDefault="00000000">
      <w:pPr>
        <w:spacing w:before="400" w:after="80"/>
      </w:pPr>
      <w:r>
        <w:t>Ime i prezime odgovorne osobe udruge: ______________________________________</w:t>
      </w:r>
      <w:r>
        <w:br/>
      </w:r>
      <w:r>
        <w:br/>
      </w:r>
      <w:r>
        <w:br/>
        <w:t>U Rijeci, 1.10.2026. godina</w:t>
      </w:r>
      <w:r>
        <w:tab/>
      </w:r>
      <w:r>
        <w:tab/>
      </w:r>
      <w:r>
        <w:tab/>
      </w:r>
      <w:r>
        <w:tab/>
        <w:t>____________________________________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odgovorne osobe udruge</w:t>
      </w:r>
    </w:p>
    <w:sectPr w:rsidR="00D52572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52729">
    <w:abstractNumId w:val="8"/>
  </w:num>
  <w:num w:numId="2" w16cid:durableId="1737783199">
    <w:abstractNumId w:val="6"/>
  </w:num>
  <w:num w:numId="3" w16cid:durableId="351028028">
    <w:abstractNumId w:val="5"/>
  </w:num>
  <w:num w:numId="4" w16cid:durableId="147284100">
    <w:abstractNumId w:val="4"/>
  </w:num>
  <w:num w:numId="5" w16cid:durableId="52049210">
    <w:abstractNumId w:val="7"/>
  </w:num>
  <w:num w:numId="6" w16cid:durableId="873352398">
    <w:abstractNumId w:val="3"/>
  </w:num>
  <w:num w:numId="7" w16cid:durableId="1194536216">
    <w:abstractNumId w:val="2"/>
  </w:num>
  <w:num w:numId="8" w16cid:durableId="607085620">
    <w:abstractNumId w:val="1"/>
  </w:num>
  <w:num w:numId="9" w16cid:durableId="247465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419B"/>
    <w:rsid w:val="0029639D"/>
    <w:rsid w:val="00326F90"/>
    <w:rsid w:val="00AA1D8D"/>
    <w:rsid w:val="00B47730"/>
    <w:rsid w:val="00CB0664"/>
    <w:rsid w:val="00D52572"/>
    <w:rsid w:val="00F642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80EE7"/>
  <w14:defaultImageDpi w14:val="300"/>
  <w15:docId w15:val="{D613F643-7EB6-4AB5-A69A-8C9F5AC16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2</cp:revision>
  <dcterms:created xsi:type="dcterms:W3CDTF">2026-09-02T08:09:00Z</dcterms:created>
  <dcterms:modified xsi:type="dcterms:W3CDTF">2026-09-02T08:09:00Z</dcterms:modified>
  <cp:category/>
</cp:coreProperties>
</file>