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BE347E" w14:textId="77777777" w:rsidR="008D7A3E" w:rsidRDefault="00000000">
      <w:pPr>
        <w:spacing w:after="240"/>
        <w:jc w:val="center"/>
      </w:pPr>
      <w:r>
        <w:rPr>
          <w:b/>
          <w:color w:val="1B365D"/>
          <w:sz w:val="26"/>
        </w:rPr>
        <w:t>OPĆI PODACI O NOSITELJU PROGRAMA - RASHODI REDOVNOG POSLOVANJA SPORTSKIH OBJEKATA U 2027.</w:t>
      </w:r>
    </w:p>
    <w:p w14:paraId="22F0A695" w14:textId="77777777" w:rsidR="008D7A3E" w:rsidRDefault="00000000">
      <w:pPr>
        <w:keepNext/>
        <w:spacing w:before="280" w:after="120"/>
      </w:pPr>
      <w:r>
        <w:rPr>
          <w:b/>
          <w:color w:val="1B365D"/>
          <w:sz w:val="22"/>
        </w:rPr>
        <w:t>I. OSNOVNI PODACI O UDRUZI</w:t>
      </w:r>
    </w:p>
    <w:tbl>
      <w:tblPr>
        <w:tblW w:w="0" w:type="auto"/>
        <w:jc w:val="center"/>
        <w:tblBorders>
          <w:top w:val="single" w:sz="4" w:space="0" w:color="B0C4DE"/>
          <w:left w:val="single" w:sz="4" w:space="0" w:color="B0C4DE"/>
          <w:bottom w:val="single" w:sz="4" w:space="0" w:color="B0C4DE"/>
          <w:right w:val="single" w:sz="4" w:space="0" w:color="B0C4DE"/>
          <w:insideH w:val="single" w:sz="4" w:space="0" w:color="B0C4DE"/>
          <w:insideV w:val="single" w:sz="4" w:space="0" w:color="B0C4DE"/>
        </w:tblBorders>
        <w:tblLook w:val="04A0" w:firstRow="1" w:lastRow="0" w:firstColumn="1" w:lastColumn="0" w:noHBand="0" w:noVBand="1"/>
      </w:tblPr>
      <w:tblGrid>
        <w:gridCol w:w="4752"/>
        <w:gridCol w:w="4752"/>
      </w:tblGrid>
      <w:tr w:rsidR="008D7A3E" w14:paraId="1EB32487" w14:textId="77777777">
        <w:trPr>
          <w:jc w:val="center"/>
        </w:trPr>
        <w:tc>
          <w:tcPr>
            <w:tcW w:w="4752" w:type="dxa"/>
            <w:shd w:val="clear" w:color="auto" w:fill="1B365D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5336FAF" w14:textId="77777777" w:rsidR="008D7A3E" w:rsidRDefault="00000000">
            <w:r>
              <w:rPr>
                <w:b/>
                <w:color w:val="FFFFFF"/>
                <w:sz w:val="18"/>
              </w:rPr>
              <w:t>STAVKA</w:t>
            </w:r>
          </w:p>
        </w:tc>
        <w:tc>
          <w:tcPr>
            <w:tcW w:w="4752" w:type="dxa"/>
            <w:shd w:val="clear" w:color="auto" w:fill="1B365D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1503FFA" w14:textId="77777777" w:rsidR="008D7A3E" w:rsidRDefault="00000000">
            <w:r>
              <w:rPr>
                <w:b/>
                <w:color w:val="FFFFFF"/>
                <w:sz w:val="18"/>
              </w:rPr>
              <w:t>PODACI</w:t>
            </w:r>
          </w:p>
        </w:tc>
      </w:tr>
      <w:tr w:rsidR="008D7A3E" w14:paraId="561CFCF1" w14:textId="77777777">
        <w:trPr>
          <w:jc w:val="center"/>
        </w:trPr>
        <w:tc>
          <w:tcPr>
            <w:tcW w:w="4752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98D0630" w14:textId="77777777" w:rsidR="008D7A3E" w:rsidRDefault="00000000">
            <w:r>
              <w:rPr>
                <w:sz w:val="18"/>
              </w:rPr>
              <w:t>Puni naziv sportske udruge</w:t>
            </w:r>
          </w:p>
        </w:tc>
        <w:tc>
          <w:tcPr>
            <w:tcW w:w="4752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23353A8" w14:textId="77777777" w:rsidR="008D7A3E" w:rsidRDefault="008D7A3E"/>
        </w:tc>
      </w:tr>
      <w:tr w:rsidR="008D7A3E" w14:paraId="29B9C48D" w14:textId="77777777">
        <w:trPr>
          <w:jc w:val="center"/>
        </w:trPr>
        <w:tc>
          <w:tcPr>
            <w:tcW w:w="4752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1208A22" w14:textId="77777777" w:rsidR="008D7A3E" w:rsidRDefault="00000000">
            <w:r>
              <w:rPr>
                <w:sz w:val="18"/>
              </w:rPr>
              <w:t>Adresa sjedišta udruge</w:t>
            </w:r>
          </w:p>
        </w:tc>
        <w:tc>
          <w:tcPr>
            <w:tcW w:w="4752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860195C" w14:textId="77777777" w:rsidR="008D7A3E" w:rsidRDefault="008D7A3E"/>
        </w:tc>
      </w:tr>
      <w:tr w:rsidR="008D7A3E" w14:paraId="5EDE8E29" w14:textId="77777777">
        <w:trPr>
          <w:jc w:val="center"/>
        </w:trPr>
        <w:tc>
          <w:tcPr>
            <w:tcW w:w="4752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6B61ECD" w14:textId="77777777" w:rsidR="008D7A3E" w:rsidRDefault="00000000">
            <w:r>
              <w:rPr>
                <w:sz w:val="18"/>
              </w:rPr>
              <w:t>Adresa za dostavu pošte (ukoliko je različita od sjedišta udruge)</w:t>
            </w:r>
          </w:p>
        </w:tc>
        <w:tc>
          <w:tcPr>
            <w:tcW w:w="4752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3C8868D" w14:textId="77777777" w:rsidR="008D7A3E" w:rsidRDefault="008D7A3E"/>
        </w:tc>
      </w:tr>
      <w:tr w:rsidR="008D7A3E" w14:paraId="1CC6901F" w14:textId="77777777">
        <w:trPr>
          <w:jc w:val="center"/>
        </w:trPr>
        <w:tc>
          <w:tcPr>
            <w:tcW w:w="4752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B00AAEA" w14:textId="77777777" w:rsidR="008D7A3E" w:rsidRDefault="00000000">
            <w:r>
              <w:rPr>
                <w:sz w:val="18"/>
              </w:rPr>
              <w:t>Telefon</w:t>
            </w:r>
          </w:p>
        </w:tc>
        <w:tc>
          <w:tcPr>
            <w:tcW w:w="4752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3A99BB1" w14:textId="77777777" w:rsidR="008D7A3E" w:rsidRDefault="008D7A3E"/>
        </w:tc>
      </w:tr>
      <w:tr w:rsidR="008D7A3E" w14:paraId="5425135B" w14:textId="77777777">
        <w:trPr>
          <w:jc w:val="center"/>
        </w:trPr>
        <w:tc>
          <w:tcPr>
            <w:tcW w:w="4752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893BF4B" w14:textId="77777777" w:rsidR="008D7A3E" w:rsidRDefault="00000000">
            <w:r>
              <w:rPr>
                <w:sz w:val="18"/>
              </w:rPr>
              <w:t>Mobitel</w:t>
            </w:r>
          </w:p>
        </w:tc>
        <w:tc>
          <w:tcPr>
            <w:tcW w:w="4752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71E6568" w14:textId="77777777" w:rsidR="008D7A3E" w:rsidRDefault="008D7A3E"/>
        </w:tc>
      </w:tr>
      <w:tr w:rsidR="008D7A3E" w14:paraId="0BACA2D2" w14:textId="77777777">
        <w:trPr>
          <w:jc w:val="center"/>
        </w:trPr>
        <w:tc>
          <w:tcPr>
            <w:tcW w:w="4752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D647C53" w14:textId="77777777" w:rsidR="008D7A3E" w:rsidRDefault="00000000">
            <w:r>
              <w:rPr>
                <w:sz w:val="18"/>
              </w:rPr>
              <w:t>E-mail adresa</w:t>
            </w:r>
          </w:p>
        </w:tc>
        <w:tc>
          <w:tcPr>
            <w:tcW w:w="4752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3025612" w14:textId="77777777" w:rsidR="008D7A3E" w:rsidRDefault="008D7A3E"/>
        </w:tc>
      </w:tr>
      <w:tr w:rsidR="008D7A3E" w14:paraId="1EA8A8DF" w14:textId="77777777">
        <w:trPr>
          <w:jc w:val="center"/>
        </w:trPr>
        <w:tc>
          <w:tcPr>
            <w:tcW w:w="4752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8EF0132" w14:textId="77777777" w:rsidR="008D7A3E" w:rsidRDefault="00000000">
            <w:r>
              <w:rPr>
                <w:sz w:val="18"/>
              </w:rPr>
              <w:t>Službene internet stranice</w:t>
            </w:r>
          </w:p>
        </w:tc>
        <w:tc>
          <w:tcPr>
            <w:tcW w:w="4752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40DC0C3" w14:textId="77777777" w:rsidR="008D7A3E" w:rsidRDefault="008D7A3E"/>
        </w:tc>
      </w:tr>
      <w:tr w:rsidR="008D7A3E" w14:paraId="712477DA" w14:textId="77777777">
        <w:trPr>
          <w:jc w:val="center"/>
        </w:trPr>
        <w:tc>
          <w:tcPr>
            <w:tcW w:w="4752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763370C" w14:textId="77777777" w:rsidR="008D7A3E" w:rsidRDefault="00000000">
            <w:r>
              <w:rPr>
                <w:sz w:val="18"/>
              </w:rPr>
              <w:t>Reg. broj i datum upisa u registar udruga</w:t>
            </w:r>
          </w:p>
        </w:tc>
        <w:tc>
          <w:tcPr>
            <w:tcW w:w="4752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4439E80" w14:textId="77777777" w:rsidR="008D7A3E" w:rsidRDefault="008D7A3E"/>
        </w:tc>
      </w:tr>
      <w:tr w:rsidR="008D7A3E" w14:paraId="2AAB04EC" w14:textId="77777777">
        <w:trPr>
          <w:jc w:val="center"/>
        </w:trPr>
        <w:tc>
          <w:tcPr>
            <w:tcW w:w="4752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F16E0DB" w14:textId="77777777" w:rsidR="008D7A3E" w:rsidRDefault="00000000">
            <w:r>
              <w:rPr>
                <w:sz w:val="18"/>
              </w:rPr>
              <w:t>Rješenje o upisu u registar vrijedi do</w:t>
            </w:r>
          </w:p>
        </w:tc>
        <w:tc>
          <w:tcPr>
            <w:tcW w:w="4752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BBCF25F" w14:textId="77777777" w:rsidR="008D7A3E" w:rsidRDefault="008D7A3E"/>
        </w:tc>
      </w:tr>
      <w:tr w:rsidR="008D7A3E" w14:paraId="0F27A9E1" w14:textId="77777777">
        <w:trPr>
          <w:jc w:val="center"/>
        </w:trPr>
        <w:tc>
          <w:tcPr>
            <w:tcW w:w="4752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E8A67A" w14:textId="77777777" w:rsidR="008D7A3E" w:rsidRDefault="00000000">
            <w:r>
              <w:rPr>
                <w:sz w:val="18"/>
              </w:rPr>
              <w:t>OIB udruge</w:t>
            </w:r>
          </w:p>
        </w:tc>
        <w:tc>
          <w:tcPr>
            <w:tcW w:w="4752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14780DE" w14:textId="77777777" w:rsidR="008D7A3E" w:rsidRDefault="008D7A3E"/>
        </w:tc>
      </w:tr>
      <w:tr w:rsidR="008D7A3E" w14:paraId="081B9AF1" w14:textId="77777777">
        <w:trPr>
          <w:jc w:val="center"/>
        </w:trPr>
        <w:tc>
          <w:tcPr>
            <w:tcW w:w="4752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FACDF6C" w14:textId="77777777" w:rsidR="008D7A3E" w:rsidRDefault="00000000">
            <w:r>
              <w:rPr>
                <w:sz w:val="18"/>
              </w:rPr>
              <w:t>IBAN</w:t>
            </w:r>
          </w:p>
        </w:tc>
        <w:tc>
          <w:tcPr>
            <w:tcW w:w="4752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6042567" w14:textId="77777777" w:rsidR="008D7A3E" w:rsidRDefault="008D7A3E"/>
        </w:tc>
      </w:tr>
      <w:tr w:rsidR="008D7A3E" w14:paraId="62067A22" w14:textId="77777777">
        <w:trPr>
          <w:jc w:val="center"/>
        </w:trPr>
        <w:tc>
          <w:tcPr>
            <w:tcW w:w="4752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613BDB5" w14:textId="77777777" w:rsidR="008D7A3E" w:rsidRDefault="00000000">
            <w:r>
              <w:rPr>
                <w:sz w:val="18"/>
              </w:rPr>
              <w:t>RNO</w:t>
            </w:r>
          </w:p>
        </w:tc>
        <w:tc>
          <w:tcPr>
            <w:tcW w:w="4752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E619E65" w14:textId="77777777" w:rsidR="008D7A3E" w:rsidRDefault="008D7A3E"/>
        </w:tc>
      </w:tr>
      <w:tr w:rsidR="008D7A3E" w14:paraId="62461820" w14:textId="77777777">
        <w:trPr>
          <w:jc w:val="center"/>
        </w:trPr>
        <w:tc>
          <w:tcPr>
            <w:tcW w:w="4752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D884458" w14:textId="77777777" w:rsidR="008D7A3E" w:rsidRDefault="00000000">
            <w:r>
              <w:rPr>
                <w:sz w:val="18"/>
              </w:rPr>
              <w:t>Matični broj</w:t>
            </w:r>
          </w:p>
        </w:tc>
        <w:tc>
          <w:tcPr>
            <w:tcW w:w="4752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FB29D36" w14:textId="77777777" w:rsidR="008D7A3E" w:rsidRDefault="008D7A3E"/>
        </w:tc>
      </w:tr>
      <w:tr w:rsidR="008D7A3E" w14:paraId="71B1982E" w14:textId="77777777">
        <w:trPr>
          <w:jc w:val="center"/>
        </w:trPr>
        <w:tc>
          <w:tcPr>
            <w:tcW w:w="4752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61878F7" w14:textId="77777777" w:rsidR="008D7A3E" w:rsidRDefault="00000000">
            <w:r>
              <w:rPr>
                <w:sz w:val="18"/>
              </w:rPr>
              <w:t>Datum održavanja zadnje sjednice skupštine</w:t>
            </w:r>
          </w:p>
        </w:tc>
        <w:tc>
          <w:tcPr>
            <w:tcW w:w="4752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3E56070" w14:textId="77777777" w:rsidR="008D7A3E" w:rsidRDefault="008D7A3E"/>
        </w:tc>
      </w:tr>
      <w:tr w:rsidR="008D7A3E" w14:paraId="5F0CAAB5" w14:textId="77777777">
        <w:trPr>
          <w:jc w:val="center"/>
        </w:trPr>
        <w:tc>
          <w:tcPr>
            <w:tcW w:w="4752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5280157" w14:textId="77777777" w:rsidR="008D7A3E" w:rsidRDefault="00000000">
            <w:r>
              <w:rPr>
                <w:sz w:val="18"/>
              </w:rPr>
              <w:t>Pravna osoba zadužena za računovodstvene poslove (adresa i tel.)</w:t>
            </w:r>
          </w:p>
        </w:tc>
        <w:tc>
          <w:tcPr>
            <w:tcW w:w="4752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AC83E59" w14:textId="77777777" w:rsidR="008D7A3E" w:rsidRDefault="008D7A3E"/>
        </w:tc>
      </w:tr>
      <w:tr w:rsidR="008D7A3E" w14:paraId="5D673B6F" w14:textId="77777777">
        <w:trPr>
          <w:jc w:val="center"/>
        </w:trPr>
        <w:tc>
          <w:tcPr>
            <w:tcW w:w="4752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3FDBB72" w14:textId="77777777" w:rsidR="008D7A3E" w:rsidRDefault="00000000">
            <w:r>
              <w:rPr>
                <w:sz w:val="18"/>
              </w:rPr>
              <w:t>Obveznik vođenja dvojnog računovodstva</w:t>
            </w:r>
          </w:p>
        </w:tc>
        <w:tc>
          <w:tcPr>
            <w:tcW w:w="4752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80CC826" w14:textId="77777777" w:rsidR="008D7A3E" w:rsidRDefault="00000000">
            <w:r>
              <w:rPr>
                <w:sz w:val="18"/>
              </w:rPr>
              <w:t>Da  /  Ne</w:t>
            </w:r>
          </w:p>
        </w:tc>
      </w:tr>
    </w:tbl>
    <w:p w14:paraId="5C600529" w14:textId="77777777" w:rsidR="008D7A3E" w:rsidRDefault="00000000">
      <w:pPr>
        <w:keepNext/>
        <w:spacing w:before="280" w:after="120"/>
      </w:pPr>
      <w:r>
        <w:rPr>
          <w:b/>
          <w:color w:val="1B365D"/>
          <w:sz w:val="22"/>
        </w:rPr>
        <w:lastRenderedPageBreak/>
        <w:t>II. OSOBE OVLAŠTENE ZA ZASTUPANJE (prema rješenju o upisu u registar udruga)</w:t>
      </w:r>
    </w:p>
    <w:tbl>
      <w:tblPr>
        <w:tblW w:w="0" w:type="auto"/>
        <w:jc w:val="center"/>
        <w:tblBorders>
          <w:top w:val="single" w:sz="4" w:space="0" w:color="B0C4DE"/>
          <w:left w:val="single" w:sz="4" w:space="0" w:color="B0C4DE"/>
          <w:bottom w:val="single" w:sz="4" w:space="0" w:color="B0C4DE"/>
          <w:right w:val="single" w:sz="4" w:space="0" w:color="B0C4DE"/>
          <w:insideH w:val="single" w:sz="4" w:space="0" w:color="B0C4DE"/>
          <w:insideV w:val="single" w:sz="4" w:space="0" w:color="B0C4DE"/>
        </w:tblBorders>
        <w:tblLook w:val="04A0" w:firstRow="1" w:lastRow="0" w:firstColumn="1" w:lastColumn="0" w:noHBand="0" w:noVBand="1"/>
      </w:tblPr>
      <w:tblGrid>
        <w:gridCol w:w="864"/>
        <w:gridCol w:w="3456"/>
        <w:gridCol w:w="2592"/>
        <w:gridCol w:w="2592"/>
      </w:tblGrid>
      <w:tr w:rsidR="008D7A3E" w14:paraId="7607134A" w14:textId="77777777">
        <w:trPr>
          <w:jc w:val="center"/>
        </w:trPr>
        <w:tc>
          <w:tcPr>
            <w:tcW w:w="864" w:type="dxa"/>
            <w:shd w:val="clear" w:color="auto" w:fill="1B365D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AB2EF0D" w14:textId="77777777" w:rsidR="008D7A3E" w:rsidRDefault="00000000">
            <w:r>
              <w:rPr>
                <w:b/>
                <w:color w:val="FFFFFF"/>
                <w:sz w:val="18"/>
              </w:rPr>
              <w:t>R.B.</w:t>
            </w:r>
          </w:p>
        </w:tc>
        <w:tc>
          <w:tcPr>
            <w:tcW w:w="3456" w:type="dxa"/>
            <w:shd w:val="clear" w:color="auto" w:fill="1B365D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D89BAE8" w14:textId="77777777" w:rsidR="008D7A3E" w:rsidRDefault="00000000">
            <w:r>
              <w:rPr>
                <w:b/>
                <w:color w:val="FFFFFF"/>
                <w:sz w:val="18"/>
              </w:rPr>
              <w:t>Ime i prezime</w:t>
            </w:r>
          </w:p>
        </w:tc>
        <w:tc>
          <w:tcPr>
            <w:tcW w:w="2592" w:type="dxa"/>
            <w:shd w:val="clear" w:color="auto" w:fill="1B365D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7D459C7" w14:textId="77777777" w:rsidR="008D7A3E" w:rsidRDefault="00000000">
            <w:r>
              <w:rPr>
                <w:b/>
                <w:color w:val="FFFFFF"/>
                <w:sz w:val="18"/>
              </w:rPr>
              <w:t>Funkcija</w:t>
            </w:r>
          </w:p>
        </w:tc>
        <w:tc>
          <w:tcPr>
            <w:tcW w:w="2592" w:type="dxa"/>
            <w:shd w:val="clear" w:color="auto" w:fill="1B365D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8851F1B" w14:textId="77777777" w:rsidR="008D7A3E" w:rsidRDefault="00000000">
            <w:r>
              <w:rPr>
                <w:b/>
                <w:color w:val="FFFFFF"/>
                <w:sz w:val="18"/>
              </w:rPr>
              <w:t>Tel. / Mobitel</w:t>
            </w:r>
          </w:p>
        </w:tc>
      </w:tr>
      <w:tr w:rsidR="008D7A3E" w14:paraId="141E528E" w14:textId="77777777">
        <w:trPr>
          <w:jc w:val="center"/>
        </w:trPr>
        <w:tc>
          <w:tcPr>
            <w:tcW w:w="864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87BFED7" w14:textId="77777777" w:rsidR="008D7A3E" w:rsidRDefault="00000000">
            <w:r>
              <w:rPr>
                <w:sz w:val="18"/>
              </w:rPr>
              <w:t>1</w:t>
            </w:r>
          </w:p>
        </w:tc>
        <w:tc>
          <w:tcPr>
            <w:tcW w:w="3456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7EC2273" w14:textId="77777777" w:rsidR="008D7A3E" w:rsidRDefault="008D7A3E"/>
        </w:tc>
        <w:tc>
          <w:tcPr>
            <w:tcW w:w="2592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8F24CEC" w14:textId="77777777" w:rsidR="008D7A3E" w:rsidRDefault="008D7A3E"/>
        </w:tc>
        <w:tc>
          <w:tcPr>
            <w:tcW w:w="2592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27DEDF2" w14:textId="77777777" w:rsidR="008D7A3E" w:rsidRDefault="008D7A3E"/>
        </w:tc>
      </w:tr>
      <w:tr w:rsidR="008D7A3E" w14:paraId="51EB57F8" w14:textId="77777777">
        <w:trPr>
          <w:jc w:val="center"/>
        </w:trPr>
        <w:tc>
          <w:tcPr>
            <w:tcW w:w="864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A51CBCE" w14:textId="77777777" w:rsidR="008D7A3E" w:rsidRDefault="00000000">
            <w:r>
              <w:rPr>
                <w:sz w:val="18"/>
              </w:rPr>
              <w:t>2</w:t>
            </w:r>
          </w:p>
        </w:tc>
        <w:tc>
          <w:tcPr>
            <w:tcW w:w="3456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F047CD8" w14:textId="77777777" w:rsidR="008D7A3E" w:rsidRDefault="008D7A3E"/>
        </w:tc>
        <w:tc>
          <w:tcPr>
            <w:tcW w:w="2592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A365099" w14:textId="77777777" w:rsidR="008D7A3E" w:rsidRDefault="008D7A3E"/>
        </w:tc>
        <w:tc>
          <w:tcPr>
            <w:tcW w:w="2592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0BEC72A" w14:textId="77777777" w:rsidR="008D7A3E" w:rsidRDefault="008D7A3E"/>
        </w:tc>
      </w:tr>
      <w:tr w:rsidR="008D7A3E" w14:paraId="1402F047" w14:textId="77777777">
        <w:trPr>
          <w:jc w:val="center"/>
        </w:trPr>
        <w:tc>
          <w:tcPr>
            <w:tcW w:w="864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C9AAA65" w14:textId="77777777" w:rsidR="008D7A3E" w:rsidRDefault="00000000">
            <w:r>
              <w:rPr>
                <w:sz w:val="18"/>
              </w:rPr>
              <w:t>3</w:t>
            </w:r>
          </w:p>
        </w:tc>
        <w:tc>
          <w:tcPr>
            <w:tcW w:w="3456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487D4B5" w14:textId="77777777" w:rsidR="008D7A3E" w:rsidRDefault="008D7A3E"/>
        </w:tc>
        <w:tc>
          <w:tcPr>
            <w:tcW w:w="2592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9F812CC" w14:textId="77777777" w:rsidR="008D7A3E" w:rsidRDefault="008D7A3E"/>
        </w:tc>
        <w:tc>
          <w:tcPr>
            <w:tcW w:w="2592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CF5FD4A" w14:textId="77777777" w:rsidR="008D7A3E" w:rsidRDefault="008D7A3E"/>
        </w:tc>
      </w:tr>
    </w:tbl>
    <w:p w14:paraId="4FC898F3" w14:textId="77777777" w:rsidR="008D7A3E" w:rsidRDefault="00000000">
      <w:pPr>
        <w:keepNext/>
        <w:spacing w:before="280" w:after="120"/>
      </w:pPr>
      <w:r>
        <w:rPr>
          <w:b/>
          <w:color w:val="1B365D"/>
          <w:sz w:val="22"/>
        </w:rPr>
        <w:t>III. ČLANOVI IZVRŠNOG / UPRAVNOG ODBORA UDRUGE (prema odluci posljednje Izborne skupštine udruge)</w:t>
      </w:r>
    </w:p>
    <w:tbl>
      <w:tblPr>
        <w:tblW w:w="0" w:type="auto"/>
        <w:jc w:val="center"/>
        <w:tblBorders>
          <w:top w:val="single" w:sz="4" w:space="0" w:color="B0C4DE"/>
          <w:left w:val="single" w:sz="4" w:space="0" w:color="B0C4DE"/>
          <w:bottom w:val="single" w:sz="4" w:space="0" w:color="B0C4DE"/>
          <w:right w:val="single" w:sz="4" w:space="0" w:color="B0C4DE"/>
          <w:insideH w:val="single" w:sz="4" w:space="0" w:color="B0C4DE"/>
          <w:insideV w:val="single" w:sz="4" w:space="0" w:color="B0C4DE"/>
        </w:tblBorders>
        <w:tblLook w:val="04A0" w:firstRow="1" w:lastRow="0" w:firstColumn="1" w:lastColumn="0" w:noHBand="0" w:noVBand="1"/>
      </w:tblPr>
      <w:tblGrid>
        <w:gridCol w:w="1152"/>
        <w:gridCol w:w="8352"/>
      </w:tblGrid>
      <w:tr w:rsidR="008D7A3E" w14:paraId="52FEB7CD" w14:textId="77777777">
        <w:trPr>
          <w:jc w:val="center"/>
        </w:trPr>
        <w:tc>
          <w:tcPr>
            <w:tcW w:w="1152" w:type="dxa"/>
            <w:shd w:val="clear" w:color="auto" w:fill="1B365D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DA09537" w14:textId="77777777" w:rsidR="008D7A3E" w:rsidRDefault="00000000">
            <w:r>
              <w:rPr>
                <w:b/>
                <w:color w:val="FFFFFF"/>
                <w:sz w:val="18"/>
              </w:rPr>
              <w:t>R.B.</w:t>
            </w:r>
          </w:p>
        </w:tc>
        <w:tc>
          <w:tcPr>
            <w:tcW w:w="8352" w:type="dxa"/>
            <w:shd w:val="clear" w:color="auto" w:fill="1B365D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489513E" w14:textId="77777777" w:rsidR="008D7A3E" w:rsidRDefault="00000000">
            <w:r>
              <w:rPr>
                <w:b/>
                <w:color w:val="FFFFFF"/>
                <w:sz w:val="18"/>
              </w:rPr>
              <w:t>Ime i prezime</w:t>
            </w:r>
          </w:p>
        </w:tc>
      </w:tr>
      <w:tr w:rsidR="008D7A3E" w14:paraId="1E4A7270" w14:textId="77777777">
        <w:trPr>
          <w:jc w:val="center"/>
        </w:trPr>
        <w:tc>
          <w:tcPr>
            <w:tcW w:w="1152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0DE0C1E" w14:textId="77777777" w:rsidR="008D7A3E" w:rsidRDefault="00000000">
            <w:r>
              <w:rPr>
                <w:sz w:val="18"/>
              </w:rPr>
              <w:t>1</w:t>
            </w:r>
          </w:p>
        </w:tc>
        <w:tc>
          <w:tcPr>
            <w:tcW w:w="8352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18389CE" w14:textId="77777777" w:rsidR="008D7A3E" w:rsidRDefault="008D7A3E"/>
        </w:tc>
      </w:tr>
      <w:tr w:rsidR="008D7A3E" w14:paraId="62B0D990" w14:textId="77777777">
        <w:trPr>
          <w:jc w:val="center"/>
        </w:trPr>
        <w:tc>
          <w:tcPr>
            <w:tcW w:w="1152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914FAEC" w14:textId="77777777" w:rsidR="008D7A3E" w:rsidRDefault="00000000">
            <w:r>
              <w:rPr>
                <w:sz w:val="18"/>
              </w:rPr>
              <w:t>2</w:t>
            </w:r>
          </w:p>
        </w:tc>
        <w:tc>
          <w:tcPr>
            <w:tcW w:w="8352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4EAE71C" w14:textId="77777777" w:rsidR="008D7A3E" w:rsidRDefault="008D7A3E"/>
        </w:tc>
      </w:tr>
      <w:tr w:rsidR="008D7A3E" w14:paraId="2FEE46F9" w14:textId="77777777">
        <w:trPr>
          <w:jc w:val="center"/>
        </w:trPr>
        <w:tc>
          <w:tcPr>
            <w:tcW w:w="1152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5975296" w14:textId="77777777" w:rsidR="008D7A3E" w:rsidRDefault="00000000">
            <w:r>
              <w:rPr>
                <w:sz w:val="18"/>
              </w:rPr>
              <w:t>3</w:t>
            </w:r>
          </w:p>
        </w:tc>
        <w:tc>
          <w:tcPr>
            <w:tcW w:w="8352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9482634" w14:textId="77777777" w:rsidR="008D7A3E" w:rsidRDefault="008D7A3E"/>
        </w:tc>
      </w:tr>
      <w:tr w:rsidR="008D7A3E" w14:paraId="5D819AD6" w14:textId="77777777">
        <w:trPr>
          <w:jc w:val="center"/>
        </w:trPr>
        <w:tc>
          <w:tcPr>
            <w:tcW w:w="1152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3258D21" w14:textId="77777777" w:rsidR="008D7A3E" w:rsidRDefault="00000000">
            <w:r>
              <w:rPr>
                <w:sz w:val="18"/>
              </w:rPr>
              <w:t>4</w:t>
            </w:r>
          </w:p>
        </w:tc>
        <w:tc>
          <w:tcPr>
            <w:tcW w:w="8352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2A4208D" w14:textId="77777777" w:rsidR="008D7A3E" w:rsidRDefault="008D7A3E"/>
        </w:tc>
      </w:tr>
      <w:tr w:rsidR="008D7A3E" w14:paraId="6F24D24D" w14:textId="77777777">
        <w:trPr>
          <w:jc w:val="center"/>
        </w:trPr>
        <w:tc>
          <w:tcPr>
            <w:tcW w:w="1152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01DE6DF" w14:textId="77777777" w:rsidR="008D7A3E" w:rsidRDefault="00000000">
            <w:r>
              <w:rPr>
                <w:sz w:val="18"/>
              </w:rPr>
              <w:t>5</w:t>
            </w:r>
          </w:p>
        </w:tc>
        <w:tc>
          <w:tcPr>
            <w:tcW w:w="8352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62EDEC4" w14:textId="77777777" w:rsidR="008D7A3E" w:rsidRDefault="008D7A3E"/>
        </w:tc>
      </w:tr>
      <w:tr w:rsidR="008D7A3E" w14:paraId="7989EC6B" w14:textId="77777777">
        <w:trPr>
          <w:jc w:val="center"/>
        </w:trPr>
        <w:tc>
          <w:tcPr>
            <w:tcW w:w="1152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2A4D0A7" w14:textId="77777777" w:rsidR="008D7A3E" w:rsidRDefault="00000000">
            <w:r>
              <w:rPr>
                <w:sz w:val="18"/>
              </w:rPr>
              <w:t>6</w:t>
            </w:r>
          </w:p>
        </w:tc>
        <w:tc>
          <w:tcPr>
            <w:tcW w:w="8352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7E57A19" w14:textId="77777777" w:rsidR="008D7A3E" w:rsidRDefault="008D7A3E"/>
        </w:tc>
      </w:tr>
      <w:tr w:rsidR="008D7A3E" w14:paraId="67E73601" w14:textId="77777777">
        <w:trPr>
          <w:jc w:val="center"/>
        </w:trPr>
        <w:tc>
          <w:tcPr>
            <w:tcW w:w="1152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B3FAED2" w14:textId="77777777" w:rsidR="008D7A3E" w:rsidRDefault="00000000">
            <w:r>
              <w:rPr>
                <w:sz w:val="18"/>
              </w:rPr>
              <w:t>7</w:t>
            </w:r>
          </w:p>
        </w:tc>
        <w:tc>
          <w:tcPr>
            <w:tcW w:w="8352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5228223" w14:textId="77777777" w:rsidR="008D7A3E" w:rsidRDefault="008D7A3E"/>
        </w:tc>
      </w:tr>
    </w:tbl>
    <w:p w14:paraId="2C0FB488" w14:textId="77777777" w:rsidR="008D7A3E" w:rsidRDefault="00000000">
      <w:pPr>
        <w:keepNext/>
        <w:spacing w:before="280" w:after="120"/>
      </w:pPr>
      <w:r>
        <w:rPr>
          <w:b/>
          <w:color w:val="1B365D"/>
          <w:sz w:val="22"/>
        </w:rPr>
        <w:t>IV. OBJEKT U VLASNIŠTVU GRADA RIJEKE DAN NA KORIŠTENJE ZA PROVEDBU PROGRAMA JAVNIH POTREBA</w:t>
      </w:r>
    </w:p>
    <w:tbl>
      <w:tblPr>
        <w:tblW w:w="0" w:type="auto"/>
        <w:jc w:val="center"/>
        <w:tblBorders>
          <w:top w:val="single" w:sz="4" w:space="0" w:color="B0C4DE"/>
          <w:left w:val="single" w:sz="4" w:space="0" w:color="B0C4DE"/>
          <w:bottom w:val="single" w:sz="4" w:space="0" w:color="B0C4DE"/>
          <w:right w:val="single" w:sz="4" w:space="0" w:color="B0C4DE"/>
          <w:insideH w:val="single" w:sz="4" w:space="0" w:color="B0C4DE"/>
          <w:insideV w:val="single" w:sz="4" w:space="0" w:color="B0C4DE"/>
        </w:tblBorders>
        <w:tblLook w:val="04A0" w:firstRow="1" w:lastRow="0" w:firstColumn="1" w:lastColumn="0" w:noHBand="0" w:noVBand="1"/>
      </w:tblPr>
      <w:tblGrid>
        <w:gridCol w:w="4752"/>
        <w:gridCol w:w="4752"/>
      </w:tblGrid>
      <w:tr w:rsidR="008D7A3E" w14:paraId="11C54F1E" w14:textId="77777777">
        <w:trPr>
          <w:jc w:val="center"/>
        </w:trPr>
        <w:tc>
          <w:tcPr>
            <w:tcW w:w="4752" w:type="dxa"/>
            <w:shd w:val="clear" w:color="auto" w:fill="1B365D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18D9C05" w14:textId="77777777" w:rsidR="008D7A3E" w:rsidRDefault="00000000">
            <w:r>
              <w:rPr>
                <w:b/>
                <w:color w:val="FFFFFF"/>
                <w:sz w:val="18"/>
              </w:rPr>
              <w:t>STAVKA</w:t>
            </w:r>
          </w:p>
        </w:tc>
        <w:tc>
          <w:tcPr>
            <w:tcW w:w="4752" w:type="dxa"/>
            <w:shd w:val="clear" w:color="auto" w:fill="1B365D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0A76B1E" w14:textId="77777777" w:rsidR="008D7A3E" w:rsidRDefault="00000000">
            <w:r>
              <w:rPr>
                <w:b/>
                <w:color w:val="FFFFFF"/>
                <w:sz w:val="18"/>
              </w:rPr>
              <w:t>PODACI</w:t>
            </w:r>
          </w:p>
        </w:tc>
      </w:tr>
      <w:tr w:rsidR="008D7A3E" w14:paraId="145BB98F" w14:textId="77777777">
        <w:trPr>
          <w:jc w:val="center"/>
        </w:trPr>
        <w:tc>
          <w:tcPr>
            <w:tcW w:w="4752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978F6FB" w14:textId="77777777" w:rsidR="008D7A3E" w:rsidRDefault="00000000">
            <w:r>
              <w:rPr>
                <w:sz w:val="18"/>
              </w:rPr>
              <w:t>Objekt</w:t>
            </w:r>
          </w:p>
        </w:tc>
        <w:tc>
          <w:tcPr>
            <w:tcW w:w="4752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0A7E729" w14:textId="77777777" w:rsidR="008D7A3E" w:rsidRDefault="008D7A3E"/>
        </w:tc>
      </w:tr>
      <w:tr w:rsidR="008D7A3E" w14:paraId="37DA39E5" w14:textId="77777777">
        <w:trPr>
          <w:jc w:val="center"/>
        </w:trPr>
        <w:tc>
          <w:tcPr>
            <w:tcW w:w="4752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DEA5621" w14:textId="77777777" w:rsidR="008D7A3E" w:rsidRDefault="00000000">
            <w:r>
              <w:rPr>
                <w:sz w:val="18"/>
              </w:rPr>
              <w:t>Adresa objekta</w:t>
            </w:r>
          </w:p>
        </w:tc>
        <w:tc>
          <w:tcPr>
            <w:tcW w:w="4752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1F6E5C9" w14:textId="77777777" w:rsidR="008D7A3E" w:rsidRDefault="008D7A3E"/>
        </w:tc>
      </w:tr>
    </w:tbl>
    <w:p w14:paraId="49EBD2EB" w14:textId="77777777" w:rsidR="008D7A3E" w:rsidRDefault="00000000">
      <w:pPr>
        <w:keepNext/>
        <w:spacing w:before="280" w:after="120"/>
      </w:pPr>
      <w:r>
        <w:rPr>
          <w:b/>
          <w:color w:val="1B365D"/>
          <w:sz w:val="22"/>
        </w:rPr>
        <w:t>V. BROJ ZAPOSLENIH OSOBA PO POJEDINOM RADNOM MJESTU TEMELJEM:</w:t>
      </w:r>
    </w:p>
    <w:tbl>
      <w:tblPr>
        <w:tblW w:w="0" w:type="auto"/>
        <w:jc w:val="center"/>
        <w:tblBorders>
          <w:top w:val="single" w:sz="4" w:space="0" w:color="B0C4DE"/>
          <w:left w:val="single" w:sz="4" w:space="0" w:color="B0C4DE"/>
          <w:bottom w:val="single" w:sz="4" w:space="0" w:color="B0C4DE"/>
          <w:right w:val="single" w:sz="4" w:space="0" w:color="B0C4DE"/>
          <w:insideH w:val="single" w:sz="4" w:space="0" w:color="B0C4DE"/>
          <w:insideV w:val="single" w:sz="4" w:space="0" w:color="B0C4DE"/>
        </w:tblBorders>
        <w:tblLook w:val="04A0" w:firstRow="1" w:lastRow="0" w:firstColumn="1" w:lastColumn="0" w:noHBand="0" w:noVBand="1"/>
      </w:tblPr>
      <w:tblGrid>
        <w:gridCol w:w="3168"/>
        <w:gridCol w:w="1584"/>
        <w:gridCol w:w="1584"/>
        <w:gridCol w:w="1584"/>
        <w:gridCol w:w="1584"/>
      </w:tblGrid>
      <w:tr w:rsidR="008D7A3E" w14:paraId="1FBA184C" w14:textId="77777777">
        <w:trPr>
          <w:jc w:val="center"/>
        </w:trPr>
        <w:tc>
          <w:tcPr>
            <w:tcW w:w="3168" w:type="dxa"/>
            <w:shd w:val="clear" w:color="auto" w:fill="1B365D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7075B35" w14:textId="77777777" w:rsidR="008D7A3E" w:rsidRDefault="00000000">
            <w:r>
              <w:rPr>
                <w:b/>
                <w:color w:val="FFFFFF"/>
                <w:sz w:val="18"/>
              </w:rPr>
              <w:t xml:space="preserve">Naziv radnog mjesta u udruzi nužnog </w:t>
            </w:r>
            <w:r>
              <w:rPr>
                <w:b/>
                <w:color w:val="FFFFFF"/>
                <w:sz w:val="18"/>
              </w:rPr>
              <w:lastRenderedPageBreak/>
              <w:t>za potpuno funkcioniranje objekta</w:t>
            </w:r>
          </w:p>
        </w:tc>
        <w:tc>
          <w:tcPr>
            <w:tcW w:w="1584" w:type="dxa"/>
            <w:shd w:val="clear" w:color="auto" w:fill="1B365D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042F849" w14:textId="77777777" w:rsidR="008D7A3E" w:rsidRDefault="00000000">
            <w:r>
              <w:rPr>
                <w:b/>
                <w:color w:val="FFFFFF"/>
                <w:sz w:val="18"/>
              </w:rPr>
              <w:lastRenderedPageBreak/>
              <w:t>Ugovor o radu</w:t>
            </w:r>
          </w:p>
        </w:tc>
        <w:tc>
          <w:tcPr>
            <w:tcW w:w="1584" w:type="dxa"/>
            <w:shd w:val="clear" w:color="auto" w:fill="1B365D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43C086C" w14:textId="77777777" w:rsidR="008D7A3E" w:rsidRDefault="00000000">
            <w:r>
              <w:rPr>
                <w:b/>
                <w:color w:val="FFFFFF"/>
                <w:sz w:val="18"/>
              </w:rPr>
              <w:t>Ugovor o djelu</w:t>
            </w:r>
          </w:p>
        </w:tc>
        <w:tc>
          <w:tcPr>
            <w:tcW w:w="1584" w:type="dxa"/>
            <w:shd w:val="clear" w:color="auto" w:fill="1B365D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E1BF379" w14:textId="77777777" w:rsidR="008D7A3E" w:rsidRDefault="00000000">
            <w:r>
              <w:rPr>
                <w:b/>
                <w:color w:val="FFFFFF"/>
                <w:sz w:val="18"/>
              </w:rPr>
              <w:t xml:space="preserve">Ugovor o </w:t>
            </w:r>
            <w:r>
              <w:rPr>
                <w:b/>
                <w:color w:val="FFFFFF"/>
                <w:sz w:val="18"/>
              </w:rPr>
              <w:lastRenderedPageBreak/>
              <w:t>volontiranju</w:t>
            </w:r>
          </w:p>
        </w:tc>
        <w:tc>
          <w:tcPr>
            <w:tcW w:w="1584" w:type="dxa"/>
            <w:shd w:val="clear" w:color="auto" w:fill="1B365D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1583370" w14:textId="77777777" w:rsidR="008D7A3E" w:rsidRDefault="00000000">
            <w:r>
              <w:rPr>
                <w:b/>
                <w:color w:val="FFFFFF"/>
                <w:sz w:val="18"/>
              </w:rPr>
              <w:lastRenderedPageBreak/>
              <w:t xml:space="preserve">Ostalo (studentski </w:t>
            </w:r>
            <w:r>
              <w:rPr>
                <w:b/>
                <w:color w:val="FFFFFF"/>
                <w:sz w:val="18"/>
              </w:rPr>
              <w:lastRenderedPageBreak/>
              <w:t>ugovor, samostalna sportska djelatnost, obrt...)</w:t>
            </w:r>
          </w:p>
        </w:tc>
      </w:tr>
      <w:tr w:rsidR="008D7A3E" w14:paraId="194002C7" w14:textId="77777777">
        <w:trPr>
          <w:jc w:val="center"/>
        </w:trPr>
        <w:tc>
          <w:tcPr>
            <w:tcW w:w="3168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142CF76" w14:textId="77777777" w:rsidR="008D7A3E" w:rsidRDefault="008D7A3E"/>
        </w:tc>
        <w:tc>
          <w:tcPr>
            <w:tcW w:w="1584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B1DB005" w14:textId="77777777" w:rsidR="008D7A3E" w:rsidRDefault="008D7A3E"/>
        </w:tc>
        <w:tc>
          <w:tcPr>
            <w:tcW w:w="1584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CF67499" w14:textId="77777777" w:rsidR="008D7A3E" w:rsidRDefault="008D7A3E"/>
        </w:tc>
        <w:tc>
          <w:tcPr>
            <w:tcW w:w="1584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5E4080C" w14:textId="77777777" w:rsidR="008D7A3E" w:rsidRDefault="008D7A3E"/>
        </w:tc>
        <w:tc>
          <w:tcPr>
            <w:tcW w:w="1584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8156E94" w14:textId="77777777" w:rsidR="008D7A3E" w:rsidRDefault="008D7A3E"/>
        </w:tc>
      </w:tr>
      <w:tr w:rsidR="008D7A3E" w14:paraId="133F9282" w14:textId="77777777">
        <w:trPr>
          <w:jc w:val="center"/>
        </w:trPr>
        <w:tc>
          <w:tcPr>
            <w:tcW w:w="3168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7B74C0F" w14:textId="77777777" w:rsidR="008D7A3E" w:rsidRDefault="008D7A3E"/>
        </w:tc>
        <w:tc>
          <w:tcPr>
            <w:tcW w:w="1584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DEDA507" w14:textId="77777777" w:rsidR="008D7A3E" w:rsidRDefault="008D7A3E"/>
        </w:tc>
        <w:tc>
          <w:tcPr>
            <w:tcW w:w="1584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0E0E59F" w14:textId="77777777" w:rsidR="008D7A3E" w:rsidRDefault="008D7A3E"/>
        </w:tc>
        <w:tc>
          <w:tcPr>
            <w:tcW w:w="1584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ED5C3B3" w14:textId="77777777" w:rsidR="008D7A3E" w:rsidRDefault="008D7A3E"/>
        </w:tc>
        <w:tc>
          <w:tcPr>
            <w:tcW w:w="1584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9C19A0B" w14:textId="77777777" w:rsidR="008D7A3E" w:rsidRDefault="008D7A3E"/>
        </w:tc>
      </w:tr>
      <w:tr w:rsidR="008D7A3E" w14:paraId="2D6E8C65" w14:textId="77777777">
        <w:trPr>
          <w:jc w:val="center"/>
        </w:trPr>
        <w:tc>
          <w:tcPr>
            <w:tcW w:w="3168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8E4381B" w14:textId="77777777" w:rsidR="008D7A3E" w:rsidRDefault="008D7A3E"/>
        </w:tc>
        <w:tc>
          <w:tcPr>
            <w:tcW w:w="1584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6492419" w14:textId="77777777" w:rsidR="008D7A3E" w:rsidRDefault="008D7A3E"/>
        </w:tc>
        <w:tc>
          <w:tcPr>
            <w:tcW w:w="1584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EFAA714" w14:textId="77777777" w:rsidR="008D7A3E" w:rsidRDefault="008D7A3E"/>
        </w:tc>
        <w:tc>
          <w:tcPr>
            <w:tcW w:w="1584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0E8757E" w14:textId="77777777" w:rsidR="008D7A3E" w:rsidRDefault="008D7A3E"/>
        </w:tc>
        <w:tc>
          <w:tcPr>
            <w:tcW w:w="1584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0F04AB3" w14:textId="77777777" w:rsidR="008D7A3E" w:rsidRDefault="008D7A3E"/>
        </w:tc>
      </w:tr>
      <w:tr w:rsidR="008D7A3E" w14:paraId="335C96E7" w14:textId="77777777">
        <w:trPr>
          <w:jc w:val="center"/>
        </w:trPr>
        <w:tc>
          <w:tcPr>
            <w:tcW w:w="3168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50CD098" w14:textId="77777777" w:rsidR="008D7A3E" w:rsidRDefault="00000000">
            <w:r>
              <w:rPr>
                <w:b/>
                <w:sz w:val="18"/>
              </w:rPr>
              <w:t>UKUPNO ZAPOSLENIKA</w:t>
            </w:r>
          </w:p>
        </w:tc>
        <w:tc>
          <w:tcPr>
            <w:tcW w:w="1584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7AAF8C9" w14:textId="77777777" w:rsidR="008D7A3E" w:rsidRDefault="008D7A3E"/>
        </w:tc>
        <w:tc>
          <w:tcPr>
            <w:tcW w:w="1584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5171F3E" w14:textId="77777777" w:rsidR="008D7A3E" w:rsidRDefault="008D7A3E"/>
        </w:tc>
        <w:tc>
          <w:tcPr>
            <w:tcW w:w="1584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31680C3" w14:textId="77777777" w:rsidR="008D7A3E" w:rsidRDefault="008D7A3E"/>
        </w:tc>
        <w:tc>
          <w:tcPr>
            <w:tcW w:w="1584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156A09E" w14:textId="77777777" w:rsidR="008D7A3E" w:rsidRDefault="008D7A3E"/>
        </w:tc>
      </w:tr>
    </w:tbl>
    <w:p w14:paraId="0215FD07" w14:textId="77777777" w:rsidR="00C03283" w:rsidRDefault="00C03283"/>
    <w:sectPr w:rsidR="00C03283" w:rsidSect="00034616">
      <w:pgSz w:w="11909" w:h="16834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28546642">
    <w:abstractNumId w:val="8"/>
  </w:num>
  <w:num w:numId="2" w16cid:durableId="1776443066">
    <w:abstractNumId w:val="6"/>
  </w:num>
  <w:num w:numId="3" w16cid:durableId="1440249697">
    <w:abstractNumId w:val="5"/>
  </w:num>
  <w:num w:numId="4" w16cid:durableId="35786180">
    <w:abstractNumId w:val="4"/>
  </w:num>
  <w:num w:numId="5" w16cid:durableId="1890990596">
    <w:abstractNumId w:val="7"/>
  </w:num>
  <w:num w:numId="6" w16cid:durableId="513228583">
    <w:abstractNumId w:val="3"/>
  </w:num>
  <w:num w:numId="7" w16cid:durableId="1806004189">
    <w:abstractNumId w:val="2"/>
  </w:num>
  <w:num w:numId="8" w16cid:durableId="36319439">
    <w:abstractNumId w:val="1"/>
  </w:num>
  <w:num w:numId="9" w16cid:durableId="7524323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8D7A3E"/>
    <w:rsid w:val="00AA1D8D"/>
    <w:rsid w:val="00B47730"/>
    <w:rsid w:val="00B82E71"/>
    <w:rsid w:val="00C03283"/>
    <w:rsid w:val="00CB0664"/>
    <w:rsid w:val="00F642C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4D3855F"/>
  <w14:defaultImageDpi w14:val="300"/>
  <w15:docId w15:val="{D613F643-7EB6-4AB5-A69A-8C9F5AC16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  <w:color w:val="333333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196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1317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Ksenija Trninić</cp:lastModifiedBy>
  <cp:revision>2</cp:revision>
  <dcterms:created xsi:type="dcterms:W3CDTF">2026-09-02T08:07:00Z</dcterms:created>
  <dcterms:modified xsi:type="dcterms:W3CDTF">2026-09-02T08:07:00Z</dcterms:modified>
  <cp:category/>
</cp:coreProperties>
</file>