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95ABD" w14:textId="77777777" w:rsidR="00010D00" w:rsidRDefault="00000000">
      <w:pPr>
        <w:spacing w:after="240"/>
        <w:jc w:val="center"/>
      </w:pPr>
      <w:r>
        <w:rPr>
          <w:b/>
          <w:color w:val="1B365D"/>
          <w:sz w:val="28"/>
        </w:rPr>
        <w:t>OPĆI PODACI O NOSITELJU PROGRAMA ZA 2027. GODINU</w:t>
      </w:r>
    </w:p>
    <w:p w14:paraId="1C8AD463" w14:textId="77777777" w:rsidR="00010D00" w:rsidRDefault="00000000">
      <w:pPr>
        <w:keepNext/>
        <w:spacing w:before="280" w:after="120"/>
      </w:pPr>
      <w:r>
        <w:rPr>
          <w:b/>
          <w:color w:val="1B365D"/>
          <w:sz w:val="22"/>
        </w:rPr>
        <w:t>I. OSNOVNI PODACI O UDRUZI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4752"/>
        <w:gridCol w:w="4752"/>
      </w:tblGrid>
      <w:tr w:rsidR="00010D00" w14:paraId="2831C6F2" w14:textId="77777777">
        <w:trPr>
          <w:jc w:val="center"/>
        </w:trPr>
        <w:tc>
          <w:tcPr>
            <w:tcW w:w="47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02A323" w14:textId="77777777" w:rsidR="00010D00" w:rsidRDefault="00000000">
            <w:r>
              <w:rPr>
                <w:b/>
                <w:color w:val="FFFFFF"/>
                <w:sz w:val="18"/>
              </w:rPr>
              <w:t>STAVKA</w:t>
            </w:r>
          </w:p>
        </w:tc>
        <w:tc>
          <w:tcPr>
            <w:tcW w:w="47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392449" w14:textId="77777777" w:rsidR="00010D00" w:rsidRDefault="00000000">
            <w:r>
              <w:rPr>
                <w:b/>
                <w:color w:val="FFFFFF"/>
                <w:sz w:val="18"/>
              </w:rPr>
              <w:t>PODACI</w:t>
            </w:r>
          </w:p>
        </w:tc>
      </w:tr>
      <w:tr w:rsidR="00010D00" w14:paraId="640A8C08" w14:textId="77777777">
        <w:trPr>
          <w:jc w:val="center"/>
        </w:trPr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A9F983" w14:textId="77777777" w:rsidR="00010D00" w:rsidRDefault="00000000">
            <w:r>
              <w:rPr>
                <w:sz w:val="18"/>
              </w:rPr>
              <w:t>Puni naziv sportske udruge</w:t>
            </w:r>
          </w:p>
        </w:tc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D5CC47" w14:textId="77777777" w:rsidR="00010D00" w:rsidRDefault="00010D00"/>
        </w:tc>
      </w:tr>
      <w:tr w:rsidR="00010D00" w14:paraId="7D30BA03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AAF4F6" w14:textId="77777777" w:rsidR="00010D00" w:rsidRDefault="00000000">
            <w:r>
              <w:rPr>
                <w:sz w:val="18"/>
              </w:rPr>
              <w:t>Adresa sjedišta udruge</w:t>
            </w:r>
          </w:p>
        </w:tc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8443FA" w14:textId="77777777" w:rsidR="00010D00" w:rsidRDefault="00010D00"/>
        </w:tc>
      </w:tr>
      <w:tr w:rsidR="00010D00" w14:paraId="0F732B74" w14:textId="77777777">
        <w:trPr>
          <w:jc w:val="center"/>
        </w:trPr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5D1061" w14:textId="77777777" w:rsidR="00010D00" w:rsidRDefault="00000000">
            <w:r>
              <w:rPr>
                <w:sz w:val="18"/>
              </w:rPr>
              <w:t>Adresa za dostavu pošte (ukoliko je različita od sjedišta)</w:t>
            </w:r>
          </w:p>
        </w:tc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4A4CD9" w14:textId="77777777" w:rsidR="00010D00" w:rsidRDefault="00010D00"/>
        </w:tc>
      </w:tr>
      <w:tr w:rsidR="00010D00" w14:paraId="62A348BD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56B61D" w14:textId="77777777" w:rsidR="00010D00" w:rsidRDefault="00000000">
            <w:r>
              <w:rPr>
                <w:sz w:val="18"/>
              </w:rPr>
              <w:t>Telefon</w:t>
            </w:r>
          </w:p>
        </w:tc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95607C" w14:textId="77777777" w:rsidR="00010D00" w:rsidRDefault="00010D00"/>
        </w:tc>
      </w:tr>
      <w:tr w:rsidR="00010D00" w14:paraId="73A66D67" w14:textId="77777777">
        <w:trPr>
          <w:jc w:val="center"/>
        </w:trPr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2A76BE" w14:textId="77777777" w:rsidR="00010D00" w:rsidRDefault="00000000">
            <w:r>
              <w:rPr>
                <w:sz w:val="18"/>
              </w:rPr>
              <w:t>Mobitel</w:t>
            </w:r>
          </w:p>
        </w:tc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1A2912" w14:textId="77777777" w:rsidR="00010D00" w:rsidRDefault="00010D00"/>
        </w:tc>
      </w:tr>
      <w:tr w:rsidR="00010D00" w14:paraId="712A7F9E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C00EC3" w14:textId="77777777" w:rsidR="00010D00" w:rsidRDefault="00000000">
            <w:r>
              <w:rPr>
                <w:sz w:val="18"/>
              </w:rPr>
              <w:t>E-mail adresa</w:t>
            </w:r>
          </w:p>
        </w:tc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0342E8" w14:textId="77777777" w:rsidR="00010D00" w:rsidRDefault="00010D00"/>
        </w:tc>
      </w:tr>
      <w:tr w:rsidR="00010D00" w14:paraId="71EFD9C5" w14:textId="77777777">
        <w:trPr>
          <w:jc w:val="center"/>
        </w:trPr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6EB93A" w14:textId="77777777" w:rsidR="00010D00" w:rsidRDefault="00000000">
            <w:r>
              <w:rPr>
                <w:sz w:val="18"/>
              </w:rPr>
              <w:t>Službene internet stranice</w:t>
            </w:r>
          </w:p>
        </w:tc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C49E0A" w14:textId="77777777" w:rsidR="00010D00" w:rsidRDefault="00010D00"/>
        </w:tc>
      </w:tr>
      <w:tr w:rsidR="00010D00" w14:paraId="5FD25801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82493D" w14:textId="77777777" w:rsidR="00010D00" w:rsidRDefault="00000000">
            <w:r>
              <w:rPr>
                <w:sz w:val="18"/>
              </w:rPr>
              <w:t>Reg. broj i datum upisa u registar udruga</w:t>
            </w:r>
          </w:p>
        </w:tc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406794" w14:textId="77777777" w:rsidR="00010D00" w:rsidRDefault="00010D00"/>
        </w:tc>
      </w:tr>
      <w:tr w:rsidR="00010D00" w14:paraId="45C058A5" w14:textId="77777777">
        <w:trPr>
          <w:jc w:val="center"/>
        </w:trPr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8703E5" w14:textId="77777777" w:rsidR="00010D00" w:rsidRDefault="00000000">
            <w:r>
              <w:rPr>
                <w:sz w:val="18"/>
              </w:rPr>
              <w:t>Rješenje o upisu u registar vrijedi do</w:t>
            </w:r>
          </w:p>
        </w:tc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AD2064" w14:textId="77777777" w:rsidR="00010D00" w:rsidRDefault="00010D00"/>
        </w:tc>
      </w:tr>
      <w:tr w:rsidR="00010D00" w14:paraId="653EB29F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15943E" w14:textId="77777777" w:rsidR="00010D00" w:rsidRDefault="00000000">
            <w:r>
              <w:rPr>
                <w:sz w:val="18"/>
              </w:rPr>
              <w:t>OIB udruge</w:t>
            </w:r>
          </w:p>
        </w:tc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E51AB6" w14:textId="77777777" w:rsidR="00010D00" w:rsidRDefault="00010D00"/>
        </w:tc>
      </w:tr>
      <w:tr w:rsidR="00010D00" w14:paraId="079B7FB0" w14:textId="77777777">
        <w:trPr>
          <w:jc w:val="center"/>
        </w:trPr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577D5E" w14:textId="77777777" w:rsidR="00010D00" w:rsidRDefault="00000000">
            <w:r>
              <w:rPr>
                <w:sz w:val="18"/>
              </w:rPr>
              <w:t>IBAN</w:t>
            </w:r>
          </w:p>
        </w:tc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713F71" w14:textId="77777777" w:rsidR="00010D00" w:rsidRDefault="00010D00"/>
        </w:tc>
      </w:tr>
      <w:tr w:rsidR="00010D00" w14:paraId="5D8CDF7F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7E27CD" w14:textId="77777777" w:rsidR="00010D00" w:rsidRDefault="00000000">
            <w:r>
              <w:rPr>
                <w:sz w:val="18"/>
              </w:rPr>
              <w:t>RNO (Registar neprofitnih organizacija)</w:t>
            </w:r>
          </w:p>
        </w:tc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C9CB66" w14:textId="77777777" w:rsidR="00010D00" w:rsidRDefault="00010D00"/>
        </w:tc>
      </w:tr>
      <w:tr w:rsidR="00010D00" w14:paraId="3C9D8696" w14:textId="77777777">
        <w:trPr>
          <w:jc w:val="center"/>
        </w:trPr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66E402" w14:textId="77777777" w:rsidR="00010D00" w:rsidRDefault="00000000">
            <w:r>
              <w:rPr>
                <w:sz w:val="18"/>
              </w:rPr>
              <w:t>Matični broj</w:t>
            </w:r>
          </w:p>
        </w:tc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45BE2D" w14:textId="77777777" w:rsidR="00010D00" w:rsidRDefault="00010D00"/>
        </w:tc>
      </w:tr>
      <w:tr w:rsidR="00010D00" w14:paraId="5BA39BC3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410039" w14:textId="77777777" w:rsidR="00010D00" w:rsidRDefault="00000000">
            <w:r>
              <w:rPr>
                <w:sz w:val="18"/>
              </w:rPr>
              <w:t>Datum održavanja zadnje sjednice skupštine</w:t>
            </w:r>
          </w:p>
        </w:tc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B2423B" w14:textId="77777777" w:rsidR="00010D00" w:rsidRDefault="00010D00"/>
        </w:tc>
      </w:tr>
      <w:tr w:rsidR="00010D00" w14:paraId="049C666F" w14:textId="77777777">
        <w:trPr>
          <w:jc w:val="center"/>
        </w:trPr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9B7FE0" w14:textId="77777777" w:rsidR="00010D00" w:rsidRDefault="00000000">
            <w:r>
              <w:rPr>
                <w:sz w:val="18"/>
              </w:rPr>
              <w:t>Pravna osoba zadužena za računovodstvene poslove (adresa i tel.)</w:t>
            </w:r>
          </w:p>
        </w:tc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858DC4" w14:textId="77777777" w:rsidR="00010D00" w:rsidRDefault="00010D00"/>
        </w:tc>
      </w:tr>
      <w:tr w:rsidR="00010D00" w14:paraId="2A307E8A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1255B6" w14:textId="77777777" w:rsidR="00010D00" w:rsidRDefault="00000000">
            <w:r>
              <w:rPr>
                <w:sz w:val="18"/>
              </w:rPr>
              <w:t>Obveznik vođenja dvojnog računovodstva</w:t>
            </w:r>
          </w:p>
        </w:tc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6F1974" w14:textId="77777777" w:rsidR="00010D00" w:rsidRDefault="00000000">
            <w:r>
              <w:rPr>
                <w:sz w:val="18"/>
              </w:rPr>
              <w:t>Da  /  Ne</w:t>
            </w:r>
          </w:p>
        </w:tc>
      </w:tr>
    </w:tbl>
    <w:p w14:paraId="124E51C2" w14:textId="77777777" w:rsidR="00434065" w:rsidRDefault="00434065">
      <w:pPr>
        <w:keepNext/>
        <w:spacing w:before="280" w:after="120"/>
        <w:rPr>
          <w:b/>
          <w:color w:val="1B365D"/>
          <w:sz w:val="22"/>
        </w:rPr>
      </w:pPr>
    </w:p>
    <w:p w14:paraId="2173304D" w14:textId="2A8D85AF" w:rsidR="00010D00" w:rsidRDefault="00000000">
      <w:pPr>
        <w:keepNext/>
        <w:spacing w:before="280" w:after="120"/>
      </w:pPr>
      <w:r>
        <w:rPr>
          <w:b/>
          <w:color w:val="1B365D"/>
          <w:sz w:val="22"/>
        </w:rPr>
        <w:t>II. OSOBE OVLAŠTENE ZA ZASTUPANJE (prema rješenju o upisu u registar udruga)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864"/>
        <w:gridCol w:w="3456"/>
        <w:gridCol w:w="2592"/>
        <w:gridCol w:w="2592"/>
      </w:tblGrid>
      <w:tr w:rsidR="00010D00" w14:paraId="3C6C8193" w14:textId="77777777">
        <w:trPr>
          <w:jc w:val="center"/>
        </w:trPr>
        <w:tc>
          <w:tcPr>
            <w:tcW w:w="86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10CE57" w14:textId="77777777" w:rsidR="00010D00" w:rsidRDefault="00000000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3456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C8CDAD" w14:textId="77777777" w:rsidR="00010D00" w:rsidRDefault="00000000">
            <w:r>
              <w:rPr>
                <w:b/>
                <w:color w:val="FFFFFF"/>
                <w:sz w:val="18"/>
              </w:rPr>
              <w:t>Ime i prezime</w:t>
            </w:r>
          </w:p>
        </w:tc>
        <w:tc>
          <w:tcPr>
            <w:tcW w:w="259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87392A" w14:textId="77777777" w:rsidR="00010D00" w:rsidRDefault="00000000">
            <w:r>
              <w:rPr>
                <w:b/>
                <w:color w:val="FFFFFF"/>
                <w:sz w:val="18"/>
              </w:rPr>
              <w:t>Funkcija</w:t>
            </w:r>
          </w:p>
        </w:tc>
        <w:tc>
          <w:tcPr>
            <w:tcW w:w="259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A8FFDD" w14:textId="77777777" w:rsidR="00010D00" w:rsidRDefault="00000000">
            <w:r>
              <w:rPr>
                <w:b/>
                <w:color w:val="FFFFFF"/>
                <w:sz w:val="18"/>
              </w:rPr>
              <w:t>Tel. / Mobitel</w:t>
            </w:r>
          </w:p>
        </w:tc>
      </w:tr>
      <w:tr w:rsidR="00010D00" w14:paraId="2F5ED268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B3B866" w14:textId="77777777" w:rsidR="00010D00" w:rsidRDefault="00000000">
            <w:r>
              <w:rPr>
                <w:sz w:val="18"/>
              </w:rPr>
              <w:t>1</w:t>
            </w:r>
          </w:p>
        </w:tc>
        <w:tc>
          <w:tcPr>
            <w:tcW w:w="345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B5EC48" w14:textId="77777777" w:rsidR="00010D00" w:rsidRDefault="00010D00"/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366E15" w14:textId="77777777" w:rsidR="00010D00" w:rsidRDefault="00010D00"/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29F312" w14:textId="77777777" w:rsidR="00010D00" w:rsidRDefault="00010D00"/>
        </w:tc>
      </w:tr>
      <w:tr w:rsidR="00010D00" w14:paraId="7B1D7C2B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BAA397" w14:textId="77777777" w:rsidR="00010D00" w:rsidRDefault="00000000">
            <w:r>
              <w:rPr>
                <w:sz w:val="18"/>
              </w:rPr>
              <w:t>2</w:t>
            </w:r>
          </w:p>
        </w:tc>
        <w:tc>
          <w:tcPr>
            <w:tcW w:w="345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22C075" w14:textId="77777777" w:rsidR="00010D00" w:rsidRDefault="00010D00"/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3E11DB" w14:textId="77777777" w:rsidR="00010D00" w:rsidRDefault="00010D00"/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3FF817" w14:textId="77777777" w:rsidR="00010D00" w:rsidRDefault="00010D00"/>
        </w:tc>
      </w:tr>
      <w:tr w:rsidR="00010D00" w14:paraId="3F8EB1C3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317A74" w14:textId="77777777" w:rsidR="00010D00" w:rsidRDefault="00000000">
            <w:r>
              <w:rPr>
                <w:sz w:val="18"/>
              </w:rPr>
              <w:t>3</w:t>
            </w:r>
          </w:p>
        </w:tc>
        <w:tc>
          <w:tcPr>
            <w:tcW w:w="345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337F4B" w14:textId="77777777" w:rsidR="00010D00" w:rsidRDefault="00010D00"/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A74134" w14:textId="77777777" w:rsidR="00010D00" w:rsidRDefault="00010D00"/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7D4360" w14:textId="77777777" w:rsidR="00010D00" w:rsidRDefault="00010D00"/>
        </w:tc>
      </w:tr>
    </w:tbl>
    <w:p w14:paraId="6046514A" w14:textId="77777777" w:rsidR="00010D00" w:rsidRDefault="00000000">
      <w:pPr>
        <w:keepNext/>
        <w:spacing w:before="280" w:after="120"/>
      </w:pPr>
      <w:r>
        <w:rPr>
          <w:b/>
          <w:color w:val="1B365D"/>
          <w:sz w:val="22"/>
        </w:rPr>
        <w:t>III. ČLANOVI IZVRŠNOG / UPRAVNOG ODBORA UDRUGE (prema odluci posljednje Izborne skupštine udruge)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1152"/>
        <w:gridCol w:w="8352"/>
      </w:tblGrid>
      <w:tr w:rsidR="00010D00" w14:paraId="3D7AE311" w14:textId="77777777">
        <w:trPr>
          <w:jc w:val="center"/>
        </w:trPr>
        <w:tc>
          <w:tcPr>
            <w:tcW w:w="11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A980B8" w14:textId="77777777" w:rsidR="00010D00" w:rsidRDefault="00000000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83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BBB77B" w14:textId="77777777" w:rsidR="00010D00" w:rsidRDefault="00000000">
            <w:r>
              <w:rPr>
                <w:b/>
                <w:color w:val="FFFFFF"/>
                <w:sz w:val="18"/>
              </w:rPr>
              <w:t>Ime i prezime</w:t>
            </w:r>
          </w:p>
        </w:tc>
      </w:tr>
      <w:tr w:rsidR="00010D00" w14:paraId="4E45A295" w14:textId="77777777">
        <w:trPr>
          <w:jc w:val="center"/>
        </w:trPr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65E6E8" w14:textId="77777777" w:rsidR="00010D00" w:rsidRDefault="00000000">
            <w:r>
              <w:rPr>
                <w:sz w:val="18"/>
              </w:rPr>
              <w:t>1</w:t>
            </w:r>
          </w:p>
        </w:tc>
        <w:tc>
          <w:tcPr>
            <w:tcW w:w="83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58230F" w14:textId="77777777" w:rsidR="00010D00" w:rsidRDefault="00010D00"/>
        </w:tc>
      </w:tr>
      <w:tr w:rsidR="00010D00" w14:paraId="316B015C" w14:textId="77777777">
        <w:trPr>
          <w:jc w:val="center"/>
        </w:trPr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7B0771" w14:textId="77777777" w:rsidR="00010D00" w:rsidRDefault="00000000">
            <w:r>
              <w:rPr>
                <w:sz w:val="18"/>
              </w:rPr>
              <w:t>2</w:t>
            </w:r>
          </w:p>
        </w:tc>
        <w:tc>
          <w:tcPr>
            <w:tcW w:w="83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D967AB" w14:textId="77777777" w:rsidR="00010D00" w:rsidRDefault="00010D00"/>
        </w:tc>
      </w:tr>
      <w:tr w:rsidR="00010D00" w14:paraId="4D6D752F" w14:textId="77777777">
        <w:trPr>
          <w:jc w:val="center"/>
        </w:trPr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1FF22C" w14:textId="77777777" w:rsidR="00010D00" w:rsidRDefault="00000000">
            <w:r>
              <w:rPr>
                <w:sz w:val="18"/>
              </w:rPr>
              <w:t>3</w:t>
            </w:r>
          </w:p>
        </w:tc>
        <w:tc>
          <w:tcPr>
            <w:tcW w:w="83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9A7452" w14:textId="77777777" w:rsidR="00010D00" w:rsidRDefault="00010D00"/>
        </w:tc>
      </w:tr>
      <w:tr w:rsidR="00010D00" w14:paraId="127D4F12" w14:textId="77777777">
        <w:trPr>
          <w:jc w:val="center"/>
        </w:trPr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356E9A" w14:textId="77777777" w:rsidR="00010D00" w:rsidRDefault="00000000">
            <w:r>
              <w:rPr>
                <w:sz w:val="18"/>
              </w:rPr>
              <w:t>4</w:t>
            </w:r>
          </w:p>
        </w:tc>
        <w:tc>
          <w:tcPr>
            <w:tcW w:w="83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E104AD" w14:textId="77777777" w:rsidR="00010D00" w:rsidRDefault="00010D00"/>
        </w:tc>
      </w:tr>
      <w:tr w:rsidR="00010D00" w14:paraId="289E1844" w14:textId="77777777">
        <w:trPr>
          <w:jc w:val="center"/>
        </w:trPr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4F206E" w14:textId="77777777" w:rsidR="00010D00" w:rsidRDefault="00000000">
            <w:r>
              <w:rPr>
                <w:sz w:val="18"/>
              </w:rPr>
              <w:t>5</w:t>
            </w:r>
          </w:p>
        </w:tc>
        <w:tc>
          <w:tcPr>
            <w:tcW w:w="83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9C1353" w14:textId="77777777" w:rsidR="00010D00" w:rsidRDefault="00010D00"/>
        </w:tc>
      </w:tr>
      <w:tr w:rsidR="00010D00" w14:paraId="40853DA6" w14:textId="77777777">
        <w:trPr>
          <w:jc w:val="center"/>
        </w:trPr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15BC9F" w14:textId="77777777" w:rsidR="00010D00" w:rsidRDefault="00000000">
            <w:r>
              <w:rPr>
                <w:sz w:val="18"/>
              </w:rPr>
              <w:t>6</w:t>
            </w:r>
          </w:p>
        </w:tc>
        <w:tc>
          <w:tcPr>
            <w:tcW w:w="83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F20A62" w14:textId="77777777" w:rsidR="00010D00" w:rsidRDefault="00010D00"/>
        </w:tc>
      </w:tr>
      <w:tr w:rsidR="00010D00" w14:paraId="5E4A7E14" w14:textId="77777777">
        <w:trPr>
          <w:jc w:val="center"/>
        </w:trPr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9AE04C" w14:textId="77777777" w:rsidR="00010D00" w:rsidRDefault="00000000">
            <w:r>
              <w:rPr>
                <w:sz w:val="18"/>
              </w:rPr>
              <w:t>7</w:t>
            </w:r>
          </w:p>
        </w:tc>
        <w:tc>
          <w:tcPr>
            <w:tcW w:w="83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9B9908" w14:textId="77777777" w:rsidR="00010D00" w:rsidRDefault="00010D00"/>
        </w:tc>
      </w:tr>
    </w:tbl>
    <w:p w14:paraId="45262755" w14:textId="77777777" w:rsidR="00217A58" w:rsidRDefault="00217A58">
      <w:pPr>
        <w:keepNext/>
        <w:spacing w:before="280" w:after="120"/>
        <w:rPr>
          <w:b/>
          <w:color w:val="1B365D"/>
          <w:sz w:val="22"/>
        </w:rPr>
      </w:pPr>
    </w:p>
    <w:p w14:paraId="6AD3AB9E" w14:textId="59A90B5F" w:rsidR="00010D00" w:rsidRDefault="00000000">
      <w:pPr>
        <w:keepNext/>
        <w:spacing w:before="280" w:after="120"/>
      </w:pPr>
      <w:r>
        <w:rPr>
          <w:b/>
          <w:color w:val="1B365D"/>
          <w:sz w:val="22"/>
        </w:rPr>
        <w:t>IV. OBJEKTI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7488"/>
        <w:gridCol w:w="2016"/>
      </w:tblGrid>
      <w:tr w:rsidR="00010D00" w14:paraId="4EA8A0DC" w14:textId="77777777">
        <w:trPr>
          <w:jc w:val="center"/>
        </w:trPr>
        <w:tc>
          <w:tcPr>
            <w:tcW w:w="748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6BAAE2" w14:textId="77777777" w:rsidR="00010D00" w:rsidRDefault="00000000">
            <w:r>
              <w:rPr>
                <w:b/>
                <w:color w:val="FFFFFF"/>
                <w:sz w:val="18"/>
              </w:rPr>
              <w:t>STAVKA</w:t>
            </w:r>
          </w:p>
        </w:tc>
        <w:tc>
          <w:tcPr>
            <w:tcW w:w="2016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877BE4" w14:textId="77777777" w:rsidR="00010D00" w:rsidRDefault="00000000">
            <w:r>
              <w:rPr>
                <w:b/>
                <w:color w:val="FFFFFF"/>
                <w:sz w:val="18"/>
              </w:rPr>
              <w:t>ODGOVOR</w:t>
            </w:r>
          </w:p>
        </w:tc>
      </w:tr>
      <w:tr w:rsidR="00010D00" w14:paraId="09F4B30D" w14:textId="77777777">
        <w:trPr>
          <w:jc w:val="center"/>
        </w:trPr>
        <w:tc>
          <w:tcPr>
            <w:tcW w:w="748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2FF941" w14:textId="77777777" w:rsidR="00010D00" w:rsidRDefault="00000000">
            <w:r>
              <w:rPr>
                <w:sz w:val="18"/>
              </w:rPr>
              <w:t>Uredski prostor u vlasništvu grada</w:t>
            </w:r>
          </w:p>
        </w:tc>
        <w:tc>
          <w:tcPr>
            <w:tcW w:w="201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7A0A94" w14:textId="77777777" w:rsidR="00010D00" w:rsidRDefault="00000000">
            <w:r>
              <w:rPr>
                <w:sz w:val="18"/>
              </w:rPr>
              <w:t>Da  /  Ne</w:t>
            </w:r>
          </w:p>
        </w:tc>
      </w:tr>
      <w:tr w:rsidR="00010D00" w14:paraId="5AC61D2D" w14:textId="77777777">
        <w:trPr>
          <w:jc w:val="center"/>
        </w:trPr>
        <w:tc>
          <w:tcPr>
            <w:tcW w:w="748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85A0B0" w14:textId="77777777" w:rsidR="00010D00" w:rsidRDefault="00000000">
            <w:r>
              <w:rPr>
                <w:sz w:val="18"/>
              </w:rPr>
              <w:t>Korištenje sportskih objekata za provedbu programa bez naknade</w:t>
            </w:r>
          </w:p>
        </w:tc>
        <w:tc>
          <w:tcPr>
            <w:tcW w:w="201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7244CD" w14:textId="77777777" w:rsidR="00010D00" w:rsidRDefault="00000000">
            <w:r>
              <w:rPr>
                <w:sz w:val="18"/>
              </w:rPr>
              <w:t>Da  /  Ne</w:t>
            </w:r>
          </w:p>
        </w:tc>
      </w:tr>
    </w:tbl>
    <w:p w14:paraId="660CDBBB" w14:textId="77777777" w:rsidR="00217A58" w:rsidRDefault="00217A58">
      <w:pPr>
        <w:keepNext/>
        <w:spacing w:before="280" w:after="120"/>
        <w:rPr>
          <w:b/>
          <w:color w:val="1B365D"/>
          <w:sz w:val="22"/>
        </w:rPr>
      </w:pPr>
    </w:p>
    <w:p w14:paraId="7D5A23BB" w14:textId="59532705" w:rsidR="00010D00" w:rsidRDefault="00000000">
      <w:pPr>
        <w:keepNext/>
        <w:spacing w:before="280" w:after="120"/>
      </w:pPr>
      <w:r>
        <w:rPr>
          <w:b/>
          <w:color w:val="1B365D"/>
          <w:sz w:val="22"/>
        </w:rPr>
        <w:t>V. BROJ ZAPOSLENIH OSOBA U UDRUZI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3168"/>
        <w:gridCol w:w="1584"/>
        <w:gridCol w:w="1584"/>
        <w:gridCol w:w="1584"/>
        <w:gridCol w:w="1584"/>
      </w:tblGrid>
      <w:tr w:rsidR="00010D00" w14:paraId="7B48CB2E" w14:textId="77777777">
        <w:trPr>
          <w:jc w:val="center"/>
        </w:trPr>
        <w:tc>
          <w:tcPr>
            <w:tcW w:w="316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19BBB7" w14:textId="77777777" w:rsidR="00010D00" w:rsidRDefault="00000000">
            <w:r>
              <w:rPr>
                <w:b/>
                <w:color w:val="FFFFFF"/>
                <w:sz w:val="18"/>
              </w:rPr>
              <w:t>Kategorija djelatnika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431BD9" w14:textId="77777777" w:rsidR="00010D00" w:rsidRDefault="00000000">
            <w:r>
              <w:rPr>
                <w:b/>
                <w:color w:val="FFFFFF"/>
                <w:sz w:val="18"/>
              </w:rPr>
              <w:t>Ugovor o radu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90086F" w14:textId="77777777" w:rsidR="00010D00" w:rsidRDefault="00000000">
            <w:r>
              <w:rPr>
                <w:b/>
                <w:color w:val="FFFFFF"/>
                <w:sz w:val="18"/>
              </w:rPr>
              <w:t>Ugovor o djelu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A0516E" w14:textId="77777777" w:rsidR="00010D00" w:rsidRDefault="00000000">
            <w:r>
              <w:rPr>
                <w:b/>
                <w:color w:val="FFFFFF"/>
                <w:sz w:val="18"/>
              </w:rPr>
              <w:t>Ugovor o volontiranju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60D142" w14:textId="77777777" w:rsidR="00010D00" w:rsidRDefault="00000000">
            <w:r>
              <w:rPr>
                <w:b/>
                <w:color w:val="FFFFFF"/>
                <w:sz w:val="18"/>
              </w:rPr>
              <w:t>Ostalo (studentski ugovor, samostalna sportska djelatnost, obrt...)</w:t>
            </w:r>
          </w:p>
        </w:tc>
      </w:tr>
      <w:tr w:rsidR="00010D00" w14:paraId="0D55E3A9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A7ADCE" w14:textId="77777777" w:rsidR="00010D00" w:rsidRDefault="00000000">
            <w:r>
              <w:rPr>
                <w:sz w:val="18"/>
              </w:rPr>
              <w:t>Trenerski kadar (upisati broj djelatnika)</w:t>
            </w:r>
          </w:p>
        </w:tc>
        <w:tc>
          <w:tcPr>
            <w:tcW w:w="158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C388AE" w14:textId="77777777" w:rsidR="00010D00" w:rsidRDefault="00010D00"/>
        </w:tc>
        <w:tc>
          <w:tcPr>
            <w:tcW w:w="158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5F7B0B" w14:textId="77777777" w:rsidR="00010D00" w:rsidRDefault="00010D00"/>
        </w:tc>
        <w:tc>
          <w:tcPr>
            <w:tcW w:w="158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0003D3" w14:textId="77777777" w:rsidR="00010D00" w:rsidRDefault="00010D00"/>
        </w:tc>
        <w:tc>
          <w:tcPr>
            <w:tcW w:w="158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9FA3A6" w14:textId="77777777" w:rsidR="00010D00" w:rsidRDefault="00010D00"/>
        </w:tc>
      </w:tr>
      <w:tr w:rsidR="00010D00" w14:paraId="06C7890F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0B8165" w14:textId="77777777" w:rsidR="00010D00" w:rsidRDefault="00000000">
            <w:r>
              <w:rPr>
                <w:sz w:val="18"/>
              </w:rPr>
              <w:t>Direktor, tajnik (upisati broj djelatnika)</w:t>
            </w:r>
          </w:p>
        </w:tc>
        <w:tc>
          <w:tcPr>
            <w:tcW w:w="15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6FBF9B" w14:textId="77777777" w:rsidR="00010D00" w:rsidRDefault="00010D00"/>
        </w:tc>
        <w:tc>
          <w:tcPr>
            <w:tcW w:w="15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1674D3" w14:textId="77777777" w:rsidR="00010D00" w:rsidRDefault="00010D00"/>
        </w:tc>
        <w:tc>
          <w:tcPr>
            <w:tcW w:w="15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8CA27D" w14:textId="77777777" w:rsidR="00010D00" w:rsidRDefault="00010D00"/>
        </w:tc>
        <w:tc>
          <w:tcPr>
            <w:tcW w:w="15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42551A" w14:textId="77777777" w:rsidR="00010D00" w:rsidRDefault="00010D00"/>
        </w:tc>
      </w:tr>
      <w:tr w:rsidR="00010D00" w14:paraId="6E5C2F70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E1CA49" w14:textId="77777777" w:rsidR="00010D00" w:rsidRDefault="00000000">
            <w:r>
              <w:rPr>
                <w:sz w:val="18"/>
              </w:rPr>
              <w:t>Administrativno osoblje (upisati broj djelatnika)</w:t>
            </w:r>
          </w:p>
        </w:tc>
        <w:tc>
          <w:tcPr>
            <w:tcW w:w="158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1A1117" w14:textId="77777777" w:rsidR="00010D00" w:rsidRDefault="00010D00"/>
        </w:tc>
        <w:tc>
          <w:tcPr>
            <w:tcW w:w="158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0E462A" w14:textId="77777777" w:rsidR="00010D00" w:rsidRDefault="00010D00"/>
        </w:tc>
        <w:tc>
          <w:tcPr>
            <w:tcW w:w="158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A6BCE7" w14:textId="77777777" w:rsidR="00010D00" w:rsidRDefault="00010D00"/>
        </w:tc>
        <w:tc>
          <w:tcPr>
            <w:tcW w:w="158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A9EFAB" w14:textId="77777777" w:rsidR="00010D00" w:rsidRDefault="00010D00"/>
        </w:tc>
      </w:tr>
      <w:tr w:rsidR="00010D00" w14:paraId="073F8F4A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94BDFE" w14:textId="77777777" w:rsidR="00010D00" w:rsidRDefault="00000000">
            <w:r>
              <w:rPr>
                <w:sz w:val="18"/>
              </w:rPr>
              <w:t>Tehničko osoblje (upisati broj djelatnika)</w:t>
            </w:r>
          </w:p>
        </w:tc>
        <w:tc>
          <w:tcPr>
            <w:tcW w:w="15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499F1A" w14:textId="77777777" w:rsidR="00010D00" w:rsidRDefault="00010D00"/>
        </w:tc>
        <w:tc>
          <w:tcPr>
            <w:tcW w:w="15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697C83" w14:textId="77777777" w:rsidR="00010D00" w:rsidRDefault="00010D00"/>
        </w:tc>
        <w:tc>
          <w:tcPr>
            <w:tcW w:w="15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DAA626" w14:textId="77777777" w:rsidR="00010D00" w:rsidRDefault="00010D00"/>
        </w:tc>
        <w:tc>
          <w:tcPr>
            <w:tcW w:w="15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24E3B0" w14:textId="77777777" w:rsidR="00010D00" w:rsidRDefault="00010D00"/>
        </w:tc>
      </w:tr>
      <w:tr w:rsidR="00010D00" w14:paraId="22D48DA4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68ADC6" w14:textId="77777777" w:rsidR="00010D00" w:rsidRDefault="00000000">
            <w:r>
              <w:rPr>
                <w:sz w:val="18"/>
              </w:rPr>
              <w:t>Ostalo stručno osoblje (upisati broj djelatnika)</w:t>
            </w:r>
          </w:p>
        </w:tc>
        <w:tc>
          <w:tcPr>
            <w:tcW w:w="158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DF5EFE" w14:textId="77777777" w:rsidR="00010D00" w:rsidRDefault="00010D00"/>
        </w:tc>
        <w:tc>
          <w:tcPr>
            <w:tcW w:w="158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4C1CDB" w14:textId="77777777" w:rsidR="00010D00" w:rsidRDefault="00010D00"/>
        </w:tc>
        <w:tc>
          <w:tcPr>
            <w:tcW w:w="158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FBA439" w14:textId="77777777" w:rsidR="00010D00" w:rsidRDefault="00010D00"/>
        </w:tc>
        <w:tc>
          <w:tcPr>
            <w:tcW w:w="158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D7EE10" w14:textId="77777777" w:rsidR="00010D00" w:rsidRDefault="00010D00"/>
        </w:tc>
      </w:tr>
      <w:tr w:rsidR="00010D00" w14:paraId="793776DB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4A9E66" w14:textId="77777777" w:rsidR="00010D00" w:rsidRDefault="00000000">
            <w:r>
              <w:rPr>
                <w:b/>
                <w:sz w:val="18"/>
              </w:rPr>
              <w:t>UKUPNO ZAPOSLENIKA</w:t>
            </w:r>
          </w:p>
        </w:tc>
        <w:tc>
          <w:tcPr>
            <w:tcW w:w="15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AB9661" w14:textId="77777777" w:rsidR="00010D00" w:rsidRDefault="00010D00"/>
        </w:tc>
        <w:tc>
          <w:tcPr>
            <w:tcW w:w="15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B4F395" w14:textId="77777777" w:rsidR="00010D00" w:rsidRDefault="00010D00"/>
        </w:tc>
        <w:tc>
          <w:tcPr>
            <w:tcW w:w="15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F18E26" w14:textId="77777777" w:rsidR="00010D00" w:rsidRDefault="00010D00"/>
        </w:tc>
        <w:tc>
          <w:tcPr>
            <w:tcW w:w="15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E6F450" w14:textId="77777777" w:rsidR="00010D00" w:rsidRDefault="00010D00"/>
        </w:tc>
      </w:tr>
    </w:tbl>
    <w:p w14:paraId="5FD79F93" w14:textId="77777777" w:rsidR="00B5749F" w:rsidRDefault="00B5749F"/>
    <w:sectPr w:rsidR="00B5749F" w:rsidSect="00034616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012261">
    <w:abstractNumId w:val="8"/>
  </w:num>
  <w:num w:numId="2" w16cid:durableId="1328172680">
    <w:abstractNumId w:val="6"/>
  </w:num>
  <w:num w:numId="3" w16cid:durableId="993527888">
    <w:abstractNumId w:val="5"/>
  </w:num>
  <w:num w:numId="4" w16cid:durableId="82147053">
    <w:abstractNumId w:val="4"/>
  </w:num>
  <w:num w:numId="5" w16cid:durableId="1252275868">
    <w:abstractNumId w:val="7"/>
  </w:num>
  <w:num w:numId="6" w16cid:durableId="1742560916">
    <w:abstractNumId w:val="3"/>
  </w:num>
  <w:num w:numId="7" w16cid:durableId="396050911">
    <w:abstractNumId w:val="2"/>
  </w:num>
  <w:num w:numId="8" w16cid:durableId="1952390776">
    <w:abstractNumId w:val="1"/>
  </w:num>
  <w:num w:numId="9" w16cid:durableId="1080248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D00"/>
    <w:rsid w:val="00034616"/>
    <w:rsid w:val="0006063C"/>
    <w:rsid w:val="0015074B"/>
    <w:rsid w:val="00217A58"/>
    <w:rsid w:val="0029639D"/>
    <w:rsid w:val="00326F90"/>
    <w:rsid w:val="00434065"/>
    <w:rsid w:val="005625EF"/>
    <w:rsid w:val="00AA1D8D"/>
    <w:rsid w:val="00B47730"/>
    <w:rsid w:val="00B5749F"/>
    <w:rsid w:val="00CB0664"/>
    <w:rsid w:val="00E421ED"/>
    <w:rsid w:val="00F642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7D643C"/>
  <w14:defaultImageDpi w14:val="300"/>
  <w15:docId w15:val="{D613F643-7EB6-4AB5-A69A-8C9F5AC16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Ksenija Trninić</cp:lastModifiedBy>
  <cp:revision>4</cp:revision>
  <dcterms:created xsi:type="dcterms:W3CDTF">2026-09-02T08:01:00Z</dcterms:created>
  <dcterms:modified xsi:type="dcterms:W3CDTF">2026-09-29T06:01:00Z</dcterms:modified>
  <cp:category/>
</cp:coreProperties>
</file>