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A5C7C" w14:textId="77777777" w:rsidR="00761581" w:rsidRDefault="00000000">
      <w:pPr>
        <w:spacing w:after="240"/>
      </w:pPr>
      <w:r>
        <w:rPr>
          <w:b/>
          <w:color w:val="1B365D"/>
        </w:rPr>
        <w:t xml:space="preserve">PRIJAVITELJ: </w:t>
      </w:r>
      <w:r>
        <w:t>____________________________________________________</w:t>
      </w:r>
      <w:r>
        <w:br/>
      </w:r>
      <w:r>
        <w:rPr>
          <w:b/>
          <w:color w:val="1B365D"/>
        </w:rPr>
        <w:t xml:space="preserve">OIB: </w:t>
      </w:r>
      <w:r>
        <w:t>________________________________________</w:t>
      </w:r>
      <w:r>
        <w:br/>
      </w:r>
      <w:r>
        <w:rPr>
          <w:b/>
          <w:color w:val="1B365D"/>
        </w:rPr>
        <w:t xml:space="preserve">Adresa: </w:t>
      </w:r>
      <w:r>
        <w:t>____________________________________________________</w:t>
      </w:r>
      <w:r>
        <w:br/>
      </w:r>
      <w:r>
        <w:rPr>
          <w:b/>
          <w:color w:val="1B365D"/>
        </w:rPr>
        <w:t xml:space="preserve">E-mail adresa: </w:t>
      </w:r>
      <w:r>
        <w:t>____________________________________________________</w:t>
      </w:r>
    </w:p>
    <w:p w14:paraId="712ABB57" w14:textId="77777777" w:rsidR="00761581" w:rsidRDefault="00000000">
      <w:pPr>
        <w:spacing w:after="240"/>
        <w:jc w:val="center"/>
      </w:pPr>
      <w:r>
        <w:rPr>
          <w:b/>
          <w:color w:val="1B365D"/>
          <w:sz w:val="28"/>
        </w:rPr>
        <w:t>OPĆA IZJAVA PRIJAVITELJA</w:t>
      </w:r>
    </w:p>
    <w:p w14:paraId="0F61DE96" w14:textId="77777777" w:rsidR="00761581" w:rsidRDefault="00000000">
      <w:pPr>
        <w:keepNext/>
        <w:spacing w:before="240" w:after="80"/>
      </w:pPr>
      <w:r>
        <w:rPr>
          <w:b/>
          <w:color w:val="1B365D"/>
          <w:sz w:val="21"/>
        </w:rPr>
        <w:t>1. Ovlaštena osoba prijavitelja pod materijalnom, kaznenom i moralnom odgovornošću potvrđuje i izjavljuje da:</w:t>
      </w:r>
    </w:p>
    <w:p w14:paraId="38A4DC36" w14:textId="77777777" w:rsidR="00761581" w:rsidRDefault="00000000">
      <w:pPr>
        <w:pStyle w:val="ListBullet"/>
        <w:spacing w:before="40" w:after="80"/>
      </w:pPr>
      <w:r>
        <w:rPr>
          <w:sz w:val="19"/>
        </w:rPr>
        <w:t>je udruga upisana u Registar Udruga RH te je svoj Statut uskladila sa Zakonom o udrugama, Zakonom o sportu odnosno da je pravna osoba upisana u odgovarajući Registar;</w:t>
      </w:r>
    </w:p>
    <w:p w14:paraId="27A0D48B" w14:textId="77777777" w:rsidR="00761581" w:rsidRDefault="00000000">
      <w:pPr>
        <w:pStyle w:val="ListBullet"/>
        <w:spacing w:before="40" w:after="80"/>
      </w:pPr>
      <w:r>
        <w:rPr>
          <w:sz w:val="19"/>
        </w:rPr>
        <w:t>su tijela upravljanja u mandatu;</w:t>
      </w:r>
    </w:p>
    <w:p w14:paraId="60069290" w14:textId="77777777" w:rsidR="00761581" w:rsidRDefault="00000000">
      <w:pPr>
        <w:pStyle w:val="ListBullet"/>
        <w:spacing w:before="40" w:after="80"/>
      </w:pPr>
      <w:r>
        <w:rPr>
          <w:sz w:val="19"/>
        </w:rPr>
        <w:t>je udruga upisana u Evidenciju pravnih osoba u sportu;</w:t>
      </w:r>
    </w:p>
    <w:p w14:paraId="773195BF" w14:textId="77777777" w:rsidR="00761581" w:rsidRDefault="00000000">
      <w:pPr>
        <w:pStyle w:val="ListBullet"/>
        <w:spacing w:before="40" w:after="80"/>
      </w:pPr>
      <w:r>
        <w:rPr>
          <w:sz w:val="19"/>
        </w:rPr>
        <w:t>je udruga upisana u Registar neprofitnih organizacija i vodi transparentno financijsko poslovanje;</w:t>
      </w:r>
    </w:p>
    <w:p w14:paraId="444AAEC2" w14:textId="77777777" w:rsidR="00761581" w:rsidRDefault="00000000">
      <w:pPr>
        <w:pStyle w:val="ListBullet"/>
        <w:spacing w:before="40" w:after="80"/>
      </w:pPr>
      <w:r>
        <w:rPr>
          <w:sz w:val="19"/>
        </w:rPr>
        <w:t>da ima zadovoljavajući organizacijske kapacitete i ljudske resurse za provedbu programa za koji se prijavljuju;</w:t>
      </w:r>
    </w:p>
    <w:p w14:paraId="001F1163" w14:textId="77777777" w:rsidR="00761581" w:rsidRDefault="00000000">
      <w:pPr>
        <w:pStyle w:val="ListBullet"/>
        <w:spacing w:before="40" w:after="80"/>
      </w:pPr>
      <w:r>
        <w:rPr>
          <w:sz w:val="19"/>
        </w:rPr>
        <w:t>da uredno ispunjava obveze iz svih prethodno sklopljenih ugovora o financiranju iz proračuna Grada Rijeke, izvršava obvezu izvještavanja o dodijeljenim javnim sredstvima iz Programa javnih potreba u sportu Grada Rijeke za prethodnu godinu;</w:t>
      </w:r>
    </w:p>
    <w:p w14:paraId="42EAAC53" w14:textId="77777777" w:rsidR="00761581" w:rsidRDefault="00000000">
      <w:pPr>
        <w:pStyle w:val="ListBullet"/>
        <w:spacing w:before="40" w:after="80"/>
      </w:pPr>
      <w:r>
        <w:rPr>
          <w:sz w:val="19"/>
        </w:rPr>
        <w:t>u godini za koju podnose prijavu nisu korisnici drugih javnih sredstava za istu svrhu (nepostojanje dvostrukog financiranja).</w:t>
      </w:r>
      <w:r>
        <w:rPr>
          <w:sz w:val="19"/>
        </w:rPr>
        <w:br/>
        <w:t>(Zabrana dvostrukog financiranja odnosi se na financiranje dijelova aktivnosti programa i projekata koji se već financiraju iz nekog javnog izvora i po posebnim propisima kada je u pitanju ista aktivnost, koja se provodi na istom području, u isto vrijeme i za iste korisnike, osim ako se ne radi o koordiniranom sufinanciranju iz više različitih izvora);</w:t>
      </w:r>
    </w:p>
    <w:p w14:paraId="3FE1D02F" w14:textId="77777777" w:rsidR="00761581" w:rsidRDefault="00000000">
      <w:pPr>
        <w:pStyle w:val="ListBullet"/>
        <w:spacing w:before="40" w:after="80"/>
      </w:pPr>
      <w:r>
        <w:rPr>
          <w:sz w:val="19"/>
        </w:rPr>
        <w:t>uredno plaća doprinose i poreze te druga davanja prema državnom proračunu i proračunima jedinica lokalne samouprave i ispunjavaju sve obaveze temeljem Zakona o udrugama i zakona koji regulira financijsko materijalno poslovanje (Obveza sastavljanja i predavanja financijskih izvještaja propisana je Zakonom o financijskom poslovanju i računovodstvu neprofitnih organizacija (NN br. 121/14 i 114/22) i pravilnicima donesenim temeljem Zakona (NN br. 31/15, 67/17, 115/18, 121/21));</w:t>
      </w:r>
    </w:p>
    <w:p w14:paraId="54FC6FBE" w14:textId="77777777" w:rsidR="00761581" w:rsidRDefault="00000000">
      <w:pPr>
        <w:pStyle w:val="ListBullet"/>
        <w:spacing w:before="40" w:after="80"/>
      </w:pPr>
      <w:r>
        <w:rPr>
          <w:sz w:val="19"/>
        </w:rPr>
        <w:t>u skladu sa Statutom udruge i svim zakonskim odredbama Republike Hrvatske, pod punom odgovornošću potvrđuje da su svi podaci navedeni u obrascima točni.</w:t>
      </w:r>
    </w:p>
    <w:p w14:paraId="7357AF9A" w14:textId="77777777" w:rsidR="00761581" w:rsidRDefault="00000000">
      <w:pPr>
        <w:keepNext/>
        <w:spacing w:before="240" w:after="80"/>
      </w:pPr>
      <w:r>
        <w:rPr>
          <w:b/>
          <w:color w:val="1B365D"/>
          <w:sz w:val="21"/>
        </w:rPr>
        <w:t>2. Izjava o nepostojanju razloga za isključenje iz postupka:</w:t>
      </w:r>
    </w:p>
    <w:p w14:paraId="05F89026" w14:textId="77777777" w:rsidR="00761581" w:rsidRDefault="00000000">
      <w:pPr>
        <w:spacing w:after="80"/>
      </w:pPr>
      <w:r>
        <w:t>Pod materijalnom, kaznenom i moralnom odgovornošću izjavljujem da niti za označenu organizaciju (prijavitelja), a niti za mene osobno kao osobu ovlaštenu za zastupanje/voditelja programa ne postoje osnove za isključenje iz postupka Javnog poziva za sufinanciranje programa javnih potreba u sportu Grada Rijeke za 2027. god., odnosno izjavljujem da ne postoje zapreke propisane člankom 111. Zakona o sportu * (NN 141/22), člankom 19. stavak 2. i 3. Zakona o udrugama ** (NN 74/14, 70/17, 98/19, 151/22) te propisane odredbama Uredbe o kriterijima, mjerilima i postupcima financiranja i ugovaranja programa i projekata od interesa i za opće dobro koje provode udruge pročišćen tekst (NN 26/15 i 37/21), odnosno da se protiv mene osobno:</w:t>
      </w:r>
    </w:p>
    <w:p w14:paraId="2BBEB62E" w14:textId="77777777" w:rsidR="00761581" w:rsidRDefault="00000000">
      <w:pPr>
        <w:pStyle w:val="ListBullet"/>
        <w:spacing w:before="40" w:after="80"/>
        <w:ind w:left="720"/>
      </w:pPr>
      <w:r>
        <w:rPr>
          <w:sz w:val="19"/>
        </w:rPr>
        <w:t>ne vodi kazneni postupak i nismo pravomoćno osuđeni za prekršaj ili kazneno djelo iz članka 48. Uredbe o kriterijima, mjerilima i postupcima financiranja i ugovaranja programa i projekata od interesa za opće dobro koje provode udruge;</w:t>
      </w:r>
    </w:p>
    <w:p w14:paraId="4E5FDB47" w14:textId="77777777" w:rsidR="00761581" w:rsidRDefault="00000000">
      <w:pPr>
        <w:pStyle w:val="ListBullet"/>
        <w:spacing w:before="40" w:after="80"/>
        <w:ind w:left="720"/>
      </w:pPr>
      <w:r>
        <w:rPr>
          <w:sz w:val="19"/>
        </w:rPr>
        <w:t>kazna zatvora u trajanju od najmanje šest mjeseci za neko od kaznenih djela počinjenog s namjerom, a nije primijenjena uvjetna osuda;</w:t>
      </w:r>
    </w:p>
    <w:p w14:paraId="4E6C0118" w14:textId="77777777" w:rsidR="00761581" w:rsidRDefault="00000000">
      <w:pPr>
        <w:pStyle w:val="ListBullet"/>
        <w:spacing w:before="40" w:after="80"/>
        <w:ind w:left="720"/>
      </w:pPr>
      <w:r>
        <w:rPr>
          <w:sz w:val="19"/>
        </w:rPr>
        <w:t>pokrenut kazneni postupak zbog kaznenog djela počinjenog na štetu djeteta, odnosno maloljetnika;</w:t>
      </w:r>
    </w:p>
    <w:p w14:paraId="2072C871" w14:textId="77777777" w:rsidR="00761581" w:rsidRDefault="00000000">
      <w:pPr>
        <w:pStyle w:val="ListBullet"/>
        <w:spacing w:before="40" w:after="80"/>
        <w:ind w:left="720"/>
      </w:pPr>
      <w:r>
        <w:rPr>
          <w:sz w:val="19"/>
        </w:rPr>
        <w:t>pravomoćno kažnjen za prekršaj u sportu i na sportskim natjecanjima prema odredbama Zakona o sportu i posebnim propisima kojima se propisuju prekršaji u sportu i na sportskim natjecanjima.</w:t>
      </w:r>
    </w:p>
    <w:p w14:paraId="6E805EE8" w14:textId="77777777" w:rsidR="00761581" w:rsidRDefault="00000000">
      <w:pPr>
        <w:keepNext/>
        <w:spacing w:before="240" w:after="80"/>
      </w:pPr>
      <w:r>
        <w:rPr>
          <w:b/>
          <w:color w:val="1B365D"/>
          <w:sz w:val="21"/>
        </w:rPr>
        <w:lastRenderedPageBreak/>
        <w:t>3. Suglasnost za obradu osobnih podataka:</w:t>
      </w:r>
    </w:p>
    <w:p w14:paraId="4DC5CB8A" w14:textId="77777777" w:rsidR="00761581" w:rsidRDefault="00000000">
      <w:pPr>
        <w:spacing w:after="80"/>
      </w:pPr>
      <w:r>
        <w:t>Nadalje dajem suglasnost da se za potrebe Javnog poziva za sufinanciranje programa javnih potreba u sportu Grada Rijeke za 2027.g. koriste i obrađuju osobni podaci prikupljeni u obrascima u sklopu Poziva za prikupljanje prijedloga programa za izradu Programa javnih potreba u sportu Grada Rijeke u 2027.g.</w:t>
      </w:r>
    </w:p>
    <w:p w14:paraId="381E3E48" w14:textId="77777777" w:rsidR="00761581" w:rsidRDefault="00000000">
      <w:pPr>
        <w:keepNext/>
        <w:spacing w:before="240" w:after="80"/>
      </w:pPr>
      <w:r>
        <w:rPr>
          <w:b/>
          <w:color w:val="1B365D"/>
          <w:sz w:val="21"/>
        </w:rPr>
        <w:t>4. Potvrda točnosti i prihvaćanje natječajnih uvjeta:</w:t>
      </w:r>
    </w:p>
    <w:p w14:paraId="7B481F21" w14:textId="77777777" w:rsidR="00761581" w:rsidRDefault="00000000">
      <w:pPr>
        <w:spacing w:after="80"/>
      </w:pPr>
      <w:r>
        <w:t>Ovime potvrđujemo da su svi podaci navedeni u ovoj izjavi i prijavi TOČNI I ISTINITI, te da smo suglasni s nadziranjem svrhovitog trošenja odobrenih proračunskih sredstava i ujedno izjavljujemo da prihvaćamo sve natječajne uvjete ovog natječaja.</w:t>
      </w:r>
      <w:r>
        <w:br/>
      </w:r>
      <w:r>
        <w:br/>
        <w:t>Ovu izjavu dajem u svrhu dokazivanja sposobnosti osobe koja ima zakonske ovlasti zastupati prijavitelja u postupku Javnog poziva za sufinanciranje programa javnih potreba u sportu Grada Rijeke za 2027., u svojstvu osobe ovlaštene za zastupanje ili voditelja programa, kao i u svrhu dokazivanja sposobnosti prijavitelja kao organizacije u navedenom postupku.</w:t>
      </w:r>
    </w:p>
    <w:p w14:paraId="18DF2010" w14:textId="77777777" w:rsidR="00761581" w:rsidRDefault="00000000">
      <w:pPr>
        <w:spacing w:before="80" w:after="120"/>
      </w:pPr>
      <w:r>
        <w:rPr>
          <w:i/>
          <w:color w:val="646464"/>
          <w:sz w:val="17"/>
        </w:rPr>
        <w:t>Pojašnjenje:</w:t>
      </w:r>
      <w:r>
        <w:rPr>
          <w:i/>
          <w:color w:val="646464"/>
          <w:sz w:val="17"/>
        </w:rPr>
        <w:br/>
        <w:t>Opća izjava prijavitelja je obvezni dokument koji se primjenjuje samo za svrhu smanjivanja ukupno potrebne dokumentacije i procesa za prijavu na Javni poziv za dodjelu sredstava za sufinanciranje Programa javnih potreba u sportu Grada Rijeke za 2027. godinu, iz razloga što su isti javno dostupni u elektronskom obliku od strane izdavatelja.</w:t>
      </w:r>
      <w:r>
        <w:rPr>
          <w:i/>
          <w:color w:val="646464"/>
          <w:sz w:val="17"/>
        </w:rPr>
        <w:br/>
        <w:t>Ukoliko se provjerom svih potrebnih uvjeta utvrdi da nije istinit bilo koji od gore navedenih uvjeta, ili više njih, Prijava na Javni poziv će se odbaciti kao nevažeća jer nisu ispunjeni obvezni i formalni uvjeti.</w:t>
      </w:r>
    </w:p>
    <w:p w14:paraId="42DDCF05" w14:textId="77777777" w:rsidR="00761581" w:rsidRDefault="00000000">
      <w:pPr>
        <w:spacing w:before="320" w:after="80"/>
      </w:pPr>
      <w:r>
        <w:t>MJESTO I DATUM: ____________________</w:t>
      </w:r>
      <w:r>
        <w:tab/>
      </w:r>
      <w:r>
        <w:tab/>
        <w:t>M.P.</w:t>
      </w:r>
      <w:r>
        <w:tab/>
      </w:r>
      <w:r>
        <w:tab/>
        <w:t>IME, PREZIME I POTPIS OSOBE OVLAŠTENE</w:t>
      </w:r>
      <w:r>
        <w:br/>
      </w:r>
      <w:r>
        <w:tab/>
      </w:r>
      <w:r>
        <w:tab/>
      </w:r>
      <w:r>
        <w:tab/>
      </w:r>
      <w:r>
        <w:tab/>
      </w:r>
      <w:r>
        <w:tab/>
      </w:r>
      <w:r>
        <w:tab/>
      </w:r>
      <w:r>
        <w:tab/>
        <w:t>ZA ZASTUPANJE PRIJAVITELJA</w:t>
      </w:r>
      <w:r>
        <w:br/>
      </w:r>
      <w:r>
        <w:tab/>
      </w:r>
      <w:r>
        <w:tab/>
      </w:r>
      <w:r>
        <w:tab/>
      </w:r>
      <w:r>
        <w:tab/>
      </w:r>
      <w:r>
        <w:tab/>
      </w:r>
      <w:r>
        <w:tab/>
      </w:r>
      <w:r>
        <w:tab/>
        <w:t>____________________________________</w:t>
      </w:r>
    </w:p>
    <w:p w14:paraId="525BB80D" w14:textId="77777777" w:rsidR="00761581" w:rsidRDefault="00000000">
      <w:pPr>
        <w:keepNext/>
        <w:spacing w:before="240" w:after="80"/>
      </w:pPr>
      <w:r>
        <w:rPr>
          <w:b/>
          <w:color w:val="1B365D"/>
          <w:sz w:val="21"/>
        </w:rPr>
        <w:t>Pravne napomene i izvadak iz zakonodavstva:</w:t>
      </w:r>
    </w:p>
    <w:p w14:paraId="23B09E45" w14:textId="77777777" w:rsidR="00761581" w:rsidRDefault="00000000">
      <w:pPr>
        <w:spacing w:before="80" w:after="120"/>
      </w:pPr>
      <w:r>
        <w:rPr>
          <w:i/>
          <w:color w:val="646464"/>
          <w:sz w:val="17"/>
        </w:rPr>
        <w:t>Sukladno odredbi članka 111. Zakona o sportu:</w:t>
      </w:r>
      <w:r>
        <w:rPr>
          <w:i/>
          <w:color w:val="646464"/>
          <w:sz w:val="17"/>
        </w:rPr>
        <w:br/>
        <w:t>1. Osoba koja je pravomoćno osuđena za neko od kaznenih djela protiv života i tijela, protiv slobode i prava čovjeka i građanina, protiv Republike Hrvatske, protiv vrijednosti zaštićenih međunarodnim pravom, protiv spolne slobode i spolnog ćudoreda, protiv braka, obitelji i mladeži, protiv imovine, protiv sigurnosti pravnog prometa i poslovanja, protiv pravosuđa, protiv vjerodostojnosti isprava, protiv javnog reda i protiv službene dužnosti, a koje je propisano Kaznenim zakonom (»Narodne novine«, br. 110/97., 27/98. ispravak, 50/00 Odluka Ustavnog suda Republike Hrvatske, 129/00., 51/01., 111/03., 190/03. Odluka Ustavnog suda Republike Hrvatske, 105/04., 84/05. ispravak, 71/06., 110/07., 152/08., 57/11. i 177/11. Odluka Ustavnog suda Republike Hrvatske), ne može organizirati i voditi sportska natjecanja, obavljati stručne poslove u sportu, sudjelovati u radu skupštine ili drugog tijela sportske udruge ili trgovačkog društva niti može biti ovlaštena za zastupanje te pravne osobe.</w:t>
      </w:r>
      <w:r>
        <w:rPr>
          <w:i/>
          <w:color w:val="646464"/>
          <w:sz w:val="17"/>
        </w:rPr>
        <w:br/>
        <w:t>2. Osoba koja je pravomoćno osuđena za neko od kaznenih djela protiv života i tijela, protiv Republike Hrvatske, protiv pravosuđa, protiv javnog reda, protiv imovine, protiv službene dužnosti, protiv čovječnosti i ljudskog dostojanstva, protiv osobne slobode, protiv spolne slobode, spolnog zlostavljanja i iskorištavanja djeteta, protiv braka, obitelji i djece, protiv zdravlja ljudi, protiv opće sigurnosti, protiv krivotvorenja, a koje je propisano Kaznenim zakonom (»Narodne novine«, br. 125/11., 144/12., 56/15., 61/15. - ispravak, 101/17., 118/18., 126/19., 84/21. i 114/22.), ne može organizirati i voditi sportska natjecanja, obavljati stručne poslove u sportu, sudjelovati u radu skupštine ili drugog tijela sportske udruge ili trgovačkog društva niti može biti ovlaštena za zastupanje te pravne osobe.</w:t>
      </w:r>
    </w:p>
    <w:p w14:paraId="49B484D9" w14:textId="77777777" w:rsidR="00761581" w:rsidRDefault="00000000">
      <w:pPr>
        <w:spacing w:before="80" w:after="120"/>
      </w:pPr>
      <w:r>
        <w:rPr>
          <w:i/>
          <w:color w:val="646464"/>
          <w:sz w:val="17"/>
        </w:rPr>
        <w:t>Sukladno odredbi članka 19. stavak 2. Zakona o udrugama osoba ovlaštena za zastupanje udruge ne može biti osoba koja je:</w:t>
      </w:r>
      <w:r>
        <w:rPr>
          <w:i/>
          <w:color w:val="646464"/>
          <w:sz w:val="17"/>
        </w:rPr>
        <w:br/>
        <w:t>1. pravomoćno osuđena za kazneno djelo financiranja terorizma, pranja novca, zlouporabe povjerenja u gospodarskom poslovanju, prijevare u gospodarskom poslovanju, prouzročenja stečaja, pogodovanja vjerovnika ili povrede obveze vođenja trgovačkih i poslovnih knjiga iz zakona kojim se uređuju kaznena djela i kaznenopravne sankcije ili ranije važeća kaznena djela zlouporabe stečaja i zlouporabe u postupku stečaja i to za vrijeme dok traju pravne posljedice osude kao i kojoj su uvedene međunarodne mjere ograničavanja raspolaganja imovinom, dok su te mjere na snazi ili</w:t>
      </w:r>
      <w:r>
        <w:rPr>
          <w:i/>
          <w:color w:val="646464"/>
          <w:sz w:val="17"/>
        </w:rPr>
        <w:br/>
        <w:t>2. pravomoćno osuđena za kazneno djelo neke druge države koje po svojim bitnim obilježjima odgovara kaznenim djelima iz točke 1. ovoga stavka.</w:t>
      </w:r>
      <w:r>
        <w:rPr>
          <w:i/>
          <w:color w:val="646464"/>
          <w:sz w:val="17"/>
        </w:rPr>
        <w:br/>
      </w:r>
      <w:r>
        <w:rPr>
          <w:i/>
          <w:color w:val="646464"/>
          <w:sz w:val="17"/>
        </w:rPr>
        <w:br/>
        <w:t>Sukladno odredbi članka 19. stavak 3. osoba ovlaštena za zastupanje udruge koja je u izravnom doticaju s djecom ne može biti osoba koja je pravomoćno osuđena za neko od kaznenih djela spolnog zlostavljanja i iskorištavanja djeteta na temelju zakona kojim se uređuju kaznena djela i kaznenopravne sankcije.</w:t>
      </w:r>
    </w:p>
    <w:sectPr w:rsidR="00761581" w:rsidSect="00034616">
      <w:pgSz w:w="11909" w:h="16834"/>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2856168">
    <w:abstractNumId w:val="8"/>
  </w:num>
  <w:num w:numId="2" w16cid:durableId="12537961">
    <w:abstractNumId w:val="6"/>
  </w:num>
  <w:num w:numId="3" w16cid:durableId="212278626">
    <w:abstractNumId w:val="5"/>
  </w:num>
  <w:num w:numId="4" w16cid:durableId="483854531">
    <w:abstractNumId w:val="4"/>
  </w:num>
  <w:num w:numId="5" w16cid:durableId="1843817106">
    <w:abstractNumId w:val="7"/>
  </w:num>
  <w:num w:numId="6" w16cid:durableId="412699991">
    <w:abstractNumId w:val="3"/>
  </w:num>
  <w:num w:numId="7" w16cid:durableId="1037587274">
    <w:abstractNumId w:val="2"/>
  </w:num>
  <w:num w:numId="8" w16cid:durableId="827289985">
    <w:abstractNumId w:val="1"/>
  </w:num>
  <w:num w:numId="9" w16cid:durableId="14620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61581"/>
    <w:rsid w:val="00AA1D8D"/>
    <w:rsid w:val="00B47730"/>
    <w:rsid w:val="00CB0664"/>
    <w:rsid w:val="00F42FB9"/>
    <w:rsid w:val="00F642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1176AF"/>
  <w14:defaultImageDpi w14:val="300"/>
  <w15:docId w15:val="{D613F643-7EB6-4AB5-A69A-8C9F5AC1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1256</Words>
  <Characters>7164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Ksenija Trninić</cp:lastModifiedBy>
  <cp:revision>2</cp:revision>
  <dcterms:created xsi:type="dcterms:W3CDTF">2026-09-02T07:42:00Z</dcterms:created>
  <dcterms:modified xsi:type="dcterms:W3CDTF">2026-09-02T07:42:00Z</dcterms:modified>
  <cp:category/>
</cp:coreProperties>
</file>