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08AC1" w14:textId="77777777" w:rsidR="00FC1BAB" w:rsidRDefault="00000000">
      <w:pPr>
        <w:spacing w:after="40"/>
        <w:jc w:val="center"/>
      </w:pPr>
      <w:r>
        <w:rPr>
          <w:b/>
          <w:color w:val="1B365D"/>
          <w:sz w:val="26"/>
        </w:rPr>
        <w:t>PROGRAM A - TRENINZI I NATJECANJA SPORTAŠA U 2027.</w:t>
      </w:r>
    </w:p>
    <w:p w14:paraId="7F77F536" w14:textId="77777777" w:rsidR="00FC1BAB" w:rsidRDefault="00000000">
      <w:pPr>
        <w:jc w:val="center"/>
      </w:pPr>
      <w:r>
        <w:rPr>
          <w:b/>
          <w:color w:val="1B365D"/>
          <w:sz w:val="24"/>
        </w:rPr>
        <w:t>OBRAZAC SR</w:t>
      </w:r>
      <w:r>
        <w:rPr>
          <w:b/>
          <w:color w:val="1B365D"/>
          <w:sz w:val="24"/>
        </w:rPr>
        <w:br/>
        <w:t>SUFINANCIRANJE STRUČNOG RADA U 2027.</w:t>
      </w:r>
    </w:p>
    <w:p w14:paraId="3807166C" w14:textId="77777777" w:rsidR="00FC1BAB" w:rsidRDefault="00000000">
      <w:pPr>
        <w:spacing w:after="240"/>
      </w:pPr>
      <w:r>
        <w:rPr>
          <w:b/>
          <w:color w:val="1B365D"/>
        </w:rPr>
        <w:t xml:space="preserve">PREDLAGAČ PROGRAMA: </w:t>
      </w:r>
      <w:r>
        <w:t>____________________________________________________</w:t>
      </w:r>
    </w:p>
    <w:p w14:paraId="02F4062E" w14:textId="77777777" w:rsidR="00FC1BAB" w:rsidRDefault="00000000">
      <w:pPr>
        <w:keepNext/>
        <w:spacing w:before="280" w:after="120"/>
      </w:pPr>
      <w:r>
        <w:rPr>
          <w:b/>
          <w:color w:val="1B365D"/>
          <w:sz w:val="22"/>
        </w:rPr>
        <w:t>I. OPĆI PODACI O KLUBU / PREDLAGATELJU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048"/>
        <w:gridCol w:w="3456"/>
      </w:tblGrid>
      <w:tr w:rsidR="00FC1BAB" w14:paraId="1B8D8B8B" w14:textId="77777777">
        <w:trPr>
          <w:jc w:val="center"/>
        </w:trPr>
        <w:tc>
          <w:tcPr>
            <w:tcW w:w="604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9DB720" w14:textId="77777777" w:rsidR="00FC1BAB" w:rsidRDefault="00000000">
            <w:r>
              <w:rPr>
                <w:b/>
                <w:color w:val="FFFFFF"/>
                <w:sz w:val="18"/>
              </w:rPr>
              <w:t>STAVKA</w:t>
            </w:r>
          </w:p>
        </w:tc>
        <w:tc>
          <w:tcPr>
            <w:tcW w:w="345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B872B1B" w14:textId="77777777" w:rsidR="00FC1BAB" w:rsidRDefault="00000000">
            <w:r>
              <w:rPr>
                <w:b/>
                <w:color w:val="FFFFFF"/>
                <w:sz w:val="18"/>
              </w:rPr>
              <w:t>PODACI</w:t>
            </w:r>
          </w:p>
        </w:tc>
      </w:tr>
      <w:tr w:rsidR="00FC1BAB" w14:paraId="3BD1557F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2F1A15" w14:textId="77777777" w:rsidR="00FC1BAB" w:rsidRDefault="00000000">
            <w:proofErr w:type="spellStart"/>
            <w:r>
              <w:rPr>
                <w:sz w:val="18"/>
              </w:rPr>
              <w:t>Broj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registriranih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sportaša</w:t>
            </w:r>
            <w:proofErr w:type="spellEnd"/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084F27" w14:textId="77777777" w:rsidR="00FC1BAB" w:rsidRDefault="00FC1BAB"/>
        </w:tc>
      </w:tr>
      <w:tr w:rsidR="00FC1BAB" w14:paraId="461EEAAB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8C9CA2B" w14:textId="77777777" w:rsidR="00FC1BAB" w:rsidRDefault="00000000">
            <w:proofErr w:type="spellStart"/>
            <w:r>
              <w:rPr>
                <w:sz w:val="18"/>
              </w:rPr>
              <w:t>Broj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neregistriranih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sportaša</w:t>
            </w:r>
            <w:proofErr w:type="spellEnd"/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5DB614" w14:textId="77777777" w:rsidR="00FC1BAB" w:rsidRDefault="00FC1BAB"/>
        </w:tc>
      </w:tr>
      <w:tr w:rsidR="00FC1BAB" w14:paraId="319A2578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B1D6DF3" w14:textId="77777777" w:rsidR="00FC1BAB" w:rsidRDefault="00000000">
            <w:proofErr w:type="spellStart"/>
            <w:r>
              <w:rPr>
                <w:sz w:val="18"/>
              </w:rPr>
              <w:t>Broj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dobnih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selekcija</w:t>
            </w:r>
            <w:proofErr w:type="spellEnd"/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30FD63A" w14:textId="77777777" w:rsidR="00FC1BAB" w:rsidRDefault="00FC1BAB"/>
        </w:tc>
      </w:tr>
      <w:tr w:rsidR="00FC1BAB" w14:paraId="4331803E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19C417E" w14:textId="77777777" w:rsidR="00FC1BAB" w:rsidRDefault="00000000">
            <w:proofErr w:type="spellStart"/>
            <w:r>
              <w:rPr>
                <w:sz w:val="18"/>
              </w:rPr>
              <w:t>Broj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osoba</w:t>
            </w:r>
            <w:proofErr w:type="spellEnd"/>
            <w:r>
              <w:rPr>
                <w:sz w:val="18"/>
              </w:rPr>
              <w:t xml:space="preserve"> koji </w:t>
            </w:r>
            <w:proofErr w:type="spellStart"/>
            <w:r>
              <w:rPr>
                <w:sz w:val="18"/>
              </w:rPr>
              <w:t>obavljaju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stručni</w:t>
            </w:r>
            <w:proofErr w:type="spellEnd"/>
            <w:r>
              <w:rPr>
                <w:sz w:val="18"/>
              </w:rPr>
              <w:t xml:space="preserve"> rad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2892A88" w14:textId="77777777" w:rsidR="00FC1BAB" w:rsidRDefault="00FC1BAB"/>
        </w:tc>
      </w:tr>
    </w:tbl>
    <w:p w14:paraId="5D11B1D9" w14:textId="77777777" w:rsidR="00FC1BAB" w:rsidRDefault="00000000">
      <w:pPr>
        <w:keepNext/>
        <w:spacing w:before="280" w:after="120"/>
      </w:pPr>
      <w:r>
        <w:rPr>
          <w:b/>
          <w:color w:val="1B365D"/>
          <w:sz w:val="22"/>
        </w:rPr>
        <w:t>II. OPĆI PODACI O PREDLOŽENOM TRENERU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6048"/>
        <w:gridCol w:w="3456"/>
      </w:tblGrid>
      <w:tr w:rsidR="00FC1BAB" w14:paraId="163D7DEB" w14:textId="77777777">
        <w:trPr>
          <w:jc w:val="center"/>
        </w:trPr>
        <w:tc>
          <w:tcPr>
            <w:tcW w:w="604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E0BE2F" w14:textId="77777777" w:rsidR="00FC1BAB" w:rsidRDefault="00000000">
            <w:r>
              <w:rPr>
                <w:b/>
                <w:color w:val="FFFFFF"/>
                <w:sz w:val="18"/>
              </w:rPr>
              <w:t>STAVKA</w:t>
            </w:r>
          </w:p>
        </w:tc>
        <w:tc>
          <w:tcPr>
            <w:tcW w:w="3456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ECB736" w14:textId="77777777" w:rsidR="00FC1BAB" w:rsidRDefault="00000000">
            <w:r>
              <w:rPr>
                <w:b/>
                <w:color w:val="FFFFFF"/>
                <w:sz w:val="18"/>
              </w:rPr>
              <w:t>PODACI</w:t>
            </w:r>
          </w:p>
        </w:tc>
      </w:tr>
      <w:tr w:rsidR="00FC1BAB" w14:paraId="22FFC122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14580B" w14:textId="77777777" w:rsidR="00FC1BAB" w:rsidRDefault="00000000">
            <w:r>
              <w:rPr>
                <w:sz w:val="18"/>
              </w:rPr>
              <w:t xml:space="preserve">Ime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prezime</w:t>
            </w:r>
            <w:proofErr w:type="spellEnd"/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7827643" w14:textId="77777777" w:rsidR="00FC1BAB" w:rsidRDefault="00FC1BAB"/>
        </w:tc>
      </w:tr>
      <w:tr w:rsidR="00FC1BAB" w14:paraId="5A9D93A9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A0F231" w14:textId="77777777" w:rsidR="00FC1BAB" w:rsidRDefault="00000000">
            <w:r>
              <w:rPr>
                <w:sz w:val="18"/>
              </w:rPr>
              <w:t xml:space="preserve">Datum </w:t>
            </w:r>
            <w:proofErr w:type="spellStart"/>
            <w:r>
              <w:rPr>
                <w:sz w:val="18"/>
              </w:rPr>
              <w:t>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godina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rođenja</w:t>
            </w:r>
            <w:proofErr w:type="spellEnd"/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782E85" w14:textId="77777777" w:rsidR="00FC1BAB" w:rsidRDefault="00FC1BAB"/>
        </w:tc>
      </w:tr>
      <w:tr w:rsidR="00FC1BAB" w14:paraId="3355DC94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A369116" w14:textId="77777777" w:rsidR="00FC1BAB" w:rsidRDefault="00000000">
            <w:proofErr w:type="spellStart"/>
            <w:r>
              <w:rPr>
                <w:sz w:val="18"/>
              </w:rPr>
              <w:t>Sportska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stručna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kvalifikacija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temeljem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Zakona</w:t>
            </w:r>
            <w:proofErr w:type="spellEnd"/>
            <w:r>
              <w:rPr>
                <w:sz w:val="18"/>
              </w:rPr>
              <w:t xml:space="preserve"> o </w:t>
            </w:r>
            <w:proofErr w:type="spellStart"/>
            <w:r>
              <w:rPr>
                <w:sz w:val="18"/>
              </w:rPr>
              <w:t>sportu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A68D8E6" w14:textId="77777777" w:rsidR="00FC1BAB" w:rsidRDefault="00FC1BAB"/>
        </w:tc>
      </w:tr>
      <w:tr w:rsidR="00FC1BAB" w14:paraId="62C0468E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FBD841" w14:textId="77777777" w:rsidR="00FC1BAB" w:rsidRDefault="00000000">
            <w:proofErr w:type="spellStart"/>
            <w:r>
              <w:rPr>
                <w:sz w:val="18"/>
              </w:rPr>
              <w:t>Trenerski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staž</w:t>
            </w:r>
            <w:proofErr w:type="spellEnd"/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A4222E" w14:textId="77777777" w:rsidR="00FC1BAB" w:rsidRDefault="00FC1BAB"/>
        </w:tc>
      </w:tr>
      <w:tr w:rsidR="00FC1BAB" w14:paraId="06A1A4BF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55F9B91" w14:textId="77777777" w:rsidR="00FC1BAB" w:rsidRDefault="00000000">
            <w:proofErr w:type="spellStart"/>
            <w:r>
              <w:rPr>
                <w:sz w:val="18"/>
              </w:rPr>
              <w:t>Naziv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radnog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mjesta</w:t>
            </w:r>
            <w:proofErr w:type="spellEnd"/>
            <w:r>
              <w:rPr>
                <w:sz w:val="18"/>
              </w:rPr>
              <w:t xml:space="preserve"> / status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FDFC552" w14:textId="77777777" w:rsidR="00FC1BAB" w:rsidRDefault="00FC1BAB"/>
        </w:tc>
      </w:tr>
      <w:tr w:rsidR="00FC1BAB" w14:paraId="7DF41FC2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239F195" w14:textId="77777777" w:rsidR="00FC1BAB" w:rsidRDefault="00000000">
            <w:r>
              <w:rPr>
                <w:sz w:val="18"/>
              </w:rPr>
              <w:t xml:space="preserve">Sport / </w:t>
            </w:r>
            <w:proofErr w:type="spellStart"/>
            <w:r>
              <w:rPr>
                <w:sz w:val="18"/>
              </w:rPr>
              <w:t>sportska</w:t>
            </w:r>
            <w:proofErr w:type="spellEnd"/>
            <w:r>
              <w:rPr>
                <w:sz w:val="18"/>
              </w:rPr>
              <w:t xml:space="preserve"> grana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3F58B78" w14:textId="77777777" w:rsidR="00FC1BAB" w:rsidRDefault="00FC1BAB"/>
        </w:tc>
      </w:tr>
      <w:tr w:rsidR="00FC1BAB" w14:paraId="1B833637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97349E9" w14:textId="77777777" w:rsidR="00FC1BAB" w:rsidRDefault="00000000">
            <w:proofErr w:type="spellStart"/>
            <w:r>
              <w:rPr>
                <w:sz w:val="18"/>
              </w:rPr>
              <w:t>Dobna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kategorija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koju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trenira</w:t>
            </w:r>
            <w:proofErr w:type="spellEnd"/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E71E52" w14:textId="77777777" w:rsidR="00FC1BAB" w:rsidRDefault="00FC1BAB"/>
        </w:tc>
      </w:tr>
      <w:tr w:rsidR="00FC1BAB" w14:paraId="41E0702C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3C38A5D" w14:textId="77777777" w:rsidR="00FC1BAB" w:rsidRDefault="00000000">
            <w:proofErr w:type="spellStart"/>
            <w:r>
              <w:rPr>
                <w:sz w:val="18"/>
              </w:rPr>
              <w:t>Broj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sportaša</w:t>
            </w:r>
            <w:proofErr w:type="spellEnd"/>
            <w:r>
              <w:rPr>
                <w:sz w:val="18"/>
              </w:rPr>
              <w:t xml:space="preserve"> po </w:t>
            </w:r>
            <w:proofErr w:type="spellStart"/>
            <w:r>
              <w:rPr>
                <w:sz w:val="18"/>
              </w:rPr>
              <w:t>kategoriji</w:t>
            </w:r>
            <w:proofErr w:type="spellEnd"/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F9FD5F8" w14:textId="77777777" w:rsidR="00FC1BAB" w:rsidRDefault="00FC1BAB"/>
        </w:tc>
      </w:tr>
      <w:tr w:rsidR="00FC1BAB" w14:paraId="421DEAAF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3C2319" w14:textId="77777777" w:rsidR="00FC1BAB" w:rsidRDefault="00000000">
            <w:proofErr w:type="spellStart"/>
            <w:r>
              <w:rPr>
                <w:sz w:val="18"/>
              </w:rPr>
              <w:t>Ukupno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sportaša</w:t>
            </w:r>
            <w:proofErr w:type="spellEnd"/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01B4B20" w14:textId="77777777" w:rsidR="00FC1BAB" w:rsidRDefault="00FC1BAB"/>
        </w:tc>
      </w:tr>
      <w:tr w:rsidR="00FC1BAB" w14:paraId="6F12AAC0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0C1102C" w14:textId="477C388B" w:rsidR="00FC1BAB" w:rsidRDefault="00000000">
            <w:proofErr w:type="spellStart"/>
            <w:r>
              <w:rPr>
                <w:sz w:val="18"/>
              </w:rPr>
              <w:t>Najvažniji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rezultati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zadnje</w:t>
            </w:r>
            <w:proofErr w:type="spellEnd"/>
            <w:r>
              <w:rPr>
                <w:sz w:val="18"/>
              </w:rPr>
              <w:t xml:space="preserve"> 3 </w:t>
            </w:r>
            <w:proofErr w:type="spellStart"/>
            <w:r>
              <w:rPr>
                <w:sz w:val="18"/>
              </w:rPr>
              <w:t>godine</w:t>
            </w:r>
            <w:proofErr w:type="spellEnd"/>
            <w:r w:rsidR="00B0337D">
              <w:rPr>
                <w:sz w:val="18"/>
              </w:rPr>
              <w:t xml:space="preserve"> </w:t>
            </w:r>
            <w:proofErr w:type="spellStart"/>
            <w:r w:rsidR="00B0337D">
              <w:rPr>
                <w:sz w:val="18"/>
              </w:rPr>
              <w:t>na</w:t>
            </w:r>
            <w:proofErr w:type="spellEnd"/>
            <w:r w:rsidR="00B0337D">
              <w:rPr>
                <w:sz w:val="18"/>
              </w:rPr>
              <w:t xml:space="preserve"> PH</w:t>
            </w:r>
            <w:r>
              <w:rPr>
                <w:sz w:val="18"/>
              </w:rPr>
              <w:t xml:space="preserve"> (2024.-2026.) - </w:t>
            </w:r>
            <w:proofErr w:type="spellStart"/>
            <w:r>
              <w:rPr>
                <w:sz w:val="18"/>
              </w:rPr>
              <w:t>Mjesto</w:t>
            </w:r>
            <w:proofErr w:type="spellEnd"/>
            <w:r>
              <w:rPr>
                <w:sz w:val="18"/>
              </w:rPr>
              <w:t xml:space="preserve"> 1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961E3B" w14:textId="77777777" w:rsidR="00FC1BAB" w:rsidRDefault="00FC1BAB"/>
        </w:tc>
      </w:tr>
      <w:tr w:rsidR="00FC1BAB" w14:paraId="57F2146D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2D887A" w14:textId="0182C0BB" w:rsidR="00FC1BAB" w:rsidRDefault="00000000">
            <w:proofErr w:type="spellStart"/>
            <w:r>
              <w:rPr>
                <w:sz w:val="18"/>
              </w:rPr>
              <w:lastRenderedPageBreak/>
              <w:t>Najvažniji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rezultati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zadnje</w:t>
            </w:r>
            <w:proofErr w:type="spellEnd"/>
            <w:r>
              <w:rPr>
                <w:sz w:val="18"/>
              </w:rPr>
              <w:t xml:space="preserve"> 3 </w:t>
            </w:r>
            <w:proofErr w:type="spellStart"/>
            <w:r>
              <w:rPr>
                <w:sz w:val="18"/>
              </w:rPr>
              <w:t>godine</w:t>
            </w:r>
            <w:proofErr w:type="spellEnd"/>
            <w:r w:rsidR="00B0337D">
              <w:rPr>
                <w:sz w:val="18"/>
              </w:rPr>
              <w:t xml:space="preserve"> </w:t>
            </w:r>
            <w:proofErr w:type="spellStart"/>
            <w:r w:rsidR="00B0337D">
              <w:rPr>
                <w:sz w:val="18"/>
              </w:rPr>
              <w:t>na</w:t>
            </w:r>
            <w:proofErr w:type="spellEnd"/>
            <w:r w:rsidR="00B0337D">
              <w:rPr>
                <w:sz w:val="18"/>
              </w:rPr>
              <w:t xml:space="preserve"> PH</w:t>
            </w:r>
            <w:r>
              <w:rPr>
                <w:sz w:val="18"/>
              </w:rPr>
              <w:t xml:space="preserve"> (2024.-2026.) - </w:t>
            </w:r>
            <w:proofErr w:type="spellStart"/>
            <w:r>
              <w:rPr>
                <w:sz w:val="18"/>
              </w:rPr>
              <w:t>Mjesto</w:t>
            </w:r>
            <w:proofErr w:type="spellEnd"/>
            <w:r>
              <w:rPr>
                <w:sz w:val="18"/>
              </w:rPr>
              <w:t xml:space="preserve"> 2</w:t>
            </w:r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D98C8E" w14:textId="77777777" w:rsidR="00FC1BAB" w:rsidRDefault="00FC1BAB"/>
        </w:tc>
      </w:tr>
      <w:tr w:rsidR="00FC1BAB" w14:paraId="69CC58E8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0688B7" w14:textId="17A7277B" w:rsidR="00FC1BAB" w:rsidRDefault="00000000">
            <w:proofErr w:type="spellStart"/>
            <w:r>
              <w:rPr>
                <w:sz w:val="18"/>
              </w:rPr>
              <w:t>Najvažniji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rezultati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zadnje</w:t>
            </w:r>
            <w:proofErr w:type="spellEnd"/>
            <w:r>
              <w:rPr>
                <w:sz w:val="18"/>
              </w:rPr>
              <w:t xml:space="preserve"> 3 </w:t>
            </w:r>
            <w:proofErr w:type="spellStart"/>
            <w:r>
              <w:rPr>
                <w:sz w:val="18"/>
              </w:rPr>
              <w:t>godine</w:t>
            </w:r>
            <w:proofErr w:type="spellEnd"/>
            <w:r w:rsidR="00B0337D">
              <w:rPr>
                <w:sz w:val="18"/>
              </w:rPr>
              <w:t xml:space="preserve"> </w:t>
            </w:r>
            <w:proofErr w:type="spellStart"/>
            <w:r w:rsidR="00B0337D">
              <w:rPr>
                <w:sz w:val="18"/>
              </w:rPr>
              <w:t>na</w:t>
            </w:r>
            <w:proofErr w:type="spellEnd"/>
            <w:r w:rsidR="00B0337D">
              <w:rPr>
                <w:sz w:val="18"/>
              </w:rPr>
              <w:t xml:space="preserve"> PH</w:t>
            </w:r>
            <w:r>
              <w:rPr>
                <w:sz w:val="18"/>
              </w:rPr>
              <w:t xml:space="preserve"> (2024.-2026.) - </w:t>
            </w:r>
            <w:proofErr w:type="spellStart"/>
            <w:r>
              <w:rPr>
                <w:sz w:val="18"/>
              </w:rPr>
              <w:t>Mjesto</w:t>
            </w:r>
            <w:proofErr w:type="spellEnd"/>
            <w:r>
              <w:rPr>
                <w:sz w:val="18"/>
              </w:rPr>
              <w:t xml:space="preserve"> 3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EB7BCA1" w14:textId="77777777" w:rsidR="00FC1BAB" w:rsidRDefault="00FC1BAB"/>
        </w:tc>
      </w:tr>
      <w:tr w:rsidR="00FC1BAB" w14:paraId="058C576C" w14:textId="77777777">
        <w:trPr>
          <w:jc w:val="center"/>
        </w:trPr>
        <w:tc>
          <w:tcPr>
            <w:tcW w:w="604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F7BB630" w14:textId="7809A29A" w:rsidR="00FC1BAB" w:rsidRDefault="00000000">
            <w:proofErr w:type="spellStart"/>
            <w:r>
              <w:rPr>
                <w:sz w:val="18"/>
              </w:rPr>
              <w:t>Najvažniji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rezultati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zadnje</w:t>
            </w:r>
            <w:proofErr w:type="spellEnd"/>
            <w:r>
              <w:rPr>
                <w:sz w:val="18"/>
              </w:rPr>
              <w:t xml:space="preserve"> 3 </w:t>
            </w:r>
            <w:proofErr w:type="spellStart"/>
            <w:r>
              <w:rPr>
                <w:sz w:val="18"/>
              </w:rPr>
              <w:t>godine</w:t>
            </w:r>
            <w:proofErr w:type="spellEnd"/>
            <w:r w:rsidR="00B0337D">
              <w:rPr>
                <w:sz w:val="18"/>
              </w:rPr>
              <w:t xml:space="preserve"> </w:t>
            </w:r>
            <w:proofErr w:type="spellStart"/>
            <w:r w:rsidR="00B0337D">
              <w:rPr>
                <w:sz w:val="18"/>
              </w:rPr>
              <w:t>na</w:t>
            </w:r>
            <w:proofErr w:type="spellEnd"/>
            <w:r w:rsidR="00B0337D">
              <w:rPr>
                <w:sz w:val="18"/>
              </w:rPr>
              <w:t xml:space="preserve"> PH</w:t>
            </w:r>
            <w:r>
              <w:rPr>
                <w:sz w:val="18"/>
              </w:rPr>
              <w:t xml:space="preserve"> (2024.-2026.) - </w:t>
            </w:r>
            <w:proofErr w:type="spellStart"/>
            <w:r>
              <w:rPr>
                <w:sz w:val="18"/>
              </w:rPr>
              <w:t>Mjesto</w:t>
            </w:r>
            <w:proofErr w:type="spellEnd"/>
            <w:r>
              <w:rPr>
                <w:sz w:val="18"/>
              </w:rPr>
              <w:t xml:space="preserve"> 4</w:t>
            </w:r>
            <w:r w:rsidR="00847AE3">
              <w:rPr>
                <w:sz w:val="18"/>
              </w:rPr>
              <w:t xml:space="preserve"> I </w:t>
            </w:r>
            <w:proofErr w:type="spellStart"/>
            <w:r w:rsidR="00847AE3">
              <w:rPr>
                <w:sz w:val="18"/>
              </w:rPr>
              <w:t>ostala</w:t>
            </w:r>
            <w:proofErr w:type="spellEnd"/>
            <w:r w:rsidR="00847AE3">
              <w:rPr>
                <w:sz w:val="18"/>
              </w:rPr>
              <w:t xml:space="preserve"> </w:t>
            </w:r>
            <w:proofErr w:type="spellStart"/>
            <w:r w:rsidR="00847AE3">
              <w:rPr>
                <w:sz w:val="18"/>
              </w:rPr>
              <w:t>mjesta</w:t>
            </w:r>
            <w:proofErr w:type="spellEnd"/>
            <w:r w:rsidR="00847AE3">
              <w:rPr>
                <w:sz w:val="18"/>
              </w:rPr>
              <w:t xml:space="preserve"> </w:t>
            </w:r>
            <w:proofErr w:type="spellStart"/>
            <w:r w:rsidR="00847AE3">
              <w:rPr>
                <w:sz w:val="18"/>
              </w:rPr>
              <w:t>na</w:t>
            </w:r>
            <w:proofErr w:type="spellEnd"/>
            <w:r w:rsidR="00847AE3">
              <w:rPr>
                <w:sz w:val="18"/>
              </w:rPr>
              <w:t xml:space="preserve"> </w:t>
            </w:r>
            <w:proofErr w:type="spellStart"/>
            <w:r w:rsidR="00847AE3">
              <w:rPr>
                <w:sz w:val="18"/>
              </w:rPr>
              <w:t>Prvenstvu</w:t>
            </w:r>
            <w:proofErr w:type="spellEnd"/>
            <w:r w:rsidR="00847AE3">
              <w:rPr>
                <w:sz w:val="18"/>
              </w:rPr>
              <w:t xml:space="preserve"> </w:t>
            </w:r>
            <w:proofErr w:type="spellStart"/>
            <w:r w:rsidR="00847AE3">
              <w:rPr>
                <w:sz w:val="18"/>
              </w:rPr>
              <w:t>Hrvatske</w:t>
            </w:r>
            <w:proofErr w:type="spellEnd"/>
          </w:p>
        </w:tc>
        <w:tc>
          <w:tcPr>
            <w:tcW w:w="3456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8093D95" w14:textId="77777777" w:rsidR="00FC1BAB" w:rsidRDefault="00FC1BAB"/>
        </w:tc>
      </w:tr>
      <w:tr w:rsidR="00FC1BAB" w14:paraId="780E8FBB" w14:textId="77777777">
        <w:trPr>
          <w:jc w:val="center"/>
        </w:trPr>
        <w:tc>
          <w:tcPr>
            <w:tcW w:w="604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40278FD" w14:textId="77777777" w:rsidR="00FC1BAB" w:rsidRDefault="00000000">
            <w:r>
              <w:rPr>
                <w:sz w:val="18"/>
              </w:rPr>
              <w:t>MJESTO TRENINGA (</w:t>
            </w:r>
            <w:proofErr w:type="spellStart"/>
            <w:r>
              <w:rPr>
                <w:sz w:val="18"/>
              </w:rPr>
              <w:t>objekt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lokacija</w:t>
            </w:r>
            <w:proofErr w:type="spellEnd"/>
            <w:r>
              <w:rPr>
                <w:sz w:val="18"/>
              </w:rPr>
              <w:t>)</w:t>
            </w:r>
          </w:p>
        </w:tc>
        <w:tc>
          <w:tcPr>
            <w:tcW w:w="3456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DE868F0" w14:textId="77777777" w:rsidR="00FC1BAB" w:rsidRDefault="00FC1BAB"/>
        </w:tc>
      </w:tr>
    </w:tbl>
    <w:p w14:paraId="61AD0340" w14:textId="77777777" w:rsidR="00FC1BAB" w:rsidRDefault="00000000">
      <w:pPr>
        <w:spacing w:before="280"/>
      </w:pPr>
      <w:proofErr w:type="spellStart"/>
      <w:r>
        <w:t>Potpisom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ovlaštena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udruge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udruge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zakonskim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Hrvatske</w:t>
      </w:r>
      <w:proofErr w:type="spellEnd"/>
      <w:r>
        <w:t xml:space="preserve">, pod </w:t>
      </w:r>
      <w:proofErr w:type="spellStart"/>
      <w:r>
        <w:t>punom</w:t>
      </w:r>
      <w:proofErr w:type="spellEnd"/>
      <w:r>
        <w:t xml:space="preserve"> </w:t>
      </w:r>
      <w:proofErr w:type="spellStart"/>
      <w:r>
        <w:t>odgovornošću</w:t>
      </w:r>
      <w:proofErr w:type="spellEnd"/>
      <w:r>
        <w:t xml:space="preserve"> </w:t>
      </w:r>
      <w:proofErr w:type="spellStart"/>
      <w:r>
        <w:t>potvrđujem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navedeni</w:t>
      </w:r>
      <w:proofErr w:type="spellEnd"/>
      <w:r>
        <w:t xml:space="preserve"> u </w:t>
      </w:r>
      <w:proofErr w:type="spellStart"/>
      <w:r>
        <w:t>obrascima</w:t>
      </w:r>
      <w:proofErr w:type="spellEnd"/>
      <w:r>
        <w:t xml:space="preserve"> </w:t>
      </w:r>
      <w:proofErr w:type="spellStart"/>
      <w:r>
        <w:t>točni</w:t>
      </w:r>
      <w:proofErr w:type="spellEnd"/>
      <w:r>
        <w:t xml:space="preserve">, a </w:t>
      </w:r>
      <w:proofErr w:type="spellStart"/>
      <w:r>
        <w:t>priložena</w:t>
      </w:r>
      <w:proofErr w:type="spellEnd"/>
      <w:r>
        <w:t xml:space="preserve"> </w:t>
      </w:r>
      <w:proofErr w:type="spellStart"/>
      <w:r>
        <w:t>dokumentacija</w:t>
      </w:r>
      <w:proofErr w:type="spellEnd"/>
      <w:r>
        <w:t xml:space="preserve"> </w:t>
      </w:r>
      <w:proofErr w:type="spellStart"/>
      <w:r>
        <w:t>vjerodostojna</w:t>
      </w:r>
      <w:proofErr w:type="spellEnd"/>
      <w:r>
        <w:t>.</w:t>
      </w:r>
    </w:p>
    <w:p w14:paraId="45629414" w14:textId="77777777" w:rsidR="00FC1BAB" w:rsidRDefault="00000000">
      <w:pPr>
        <w:spacing w:after="80"/>
      </w:pPr>
      <w:r>
        <w:t xml:space="preserve">Ime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r>
        <w:t>osobe</w:t>
      </w:r>
      <w:proofErr w:type="spellEnd"/>
      <w:r>
        <w:t>: ______________________________________</w:t>
      </w:r>
      <w:r>
        <w:br/>
      </w:r>
      <w:r>
        <w:br/>
      </w:r>
      <w:proofErr w:type="spellStart"/>
      <w:r>
        <w:t>Vlastoručni</w:t>
      </w:r>
      <w:proofErr w:type="spellEnd"/>
      <w:r>
        <w:t xml:space="preserve"> </w:t>
      </w:r>
      <w:proofErr w:type="spellStart"/>
      <w:r>
        <w:t>potpis</w:t>
      </w:r>
      <w:proofErr w:type="spellEnd"/>
      <w:r>
        <w:t>: ______________________________________</w:t>
      </w:r>
      <w:r>
        <w:br/>
      </w:r>
      <w:r>
        <w:br/>
      </w:r>
      <w:proofErr w:type="spellStart"/>
      <w:r>
        <w:t>Kontakt</w:t>
      </w:r>
      <w:proofErr w:type="spellEnd"/>
      <w:r>
        <w:t xml:space="preserve"> </w:t>
      </w:r>
      <w:proofErr w:type="spellStart"/>
      <w:r>
        <w:t>telefon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r>
        <w:t>osobe</w:t>
      </w:r>
      <w:proofErr w:type="spellEnd"/>
      <w:r>
        <w:t>: ______________________________________</w:t>
      </w:r>
    </w:p>
    <w:p w14:paraId="3C556207" w14:textId="77777777" w:rsidR="00D278AF" w:rsidRDefault="00D278AF">
      <w:pPr>
        <w:keepNext/>
        <w:spacing w:before="280" w:after="120"/>
        <w:rPr>
          <w:b/>
          <w:color w:val="1B365D"/>
          <w:sz w:val="22"/>
        </w:rPr>
      </w:pPr>
    </w:p>
    <w:p w14:paraId="02ADA3F0" w14:textId="77777777" w:rsidR="00D278AF" w:rsidRDefault="00D278AF">
      <w:pPr>
        <w:keepNext/>
        <w:spacing w:before="280" w:after="120"/>
        <w:rPr>
          <w:b/>
          <w:color w:val="1B365D"/>
          <w:sz w:val="22"/>
        </w:rPr>
      </w:pPr>
    </w:p>
    <w:p w14:paraId="71D79755" w14:textId="329E6C4D" w:rsidR="00FC1BAB" w:rsidRDefault="00000000">
      <w:pPr>
        <w:keepNext/>
        <w:spacing w:before="280" w:after="120"/>
      </w:pPr>
      <w:r>
        <w:rPr>
          <w:b/>
          <w:color w:val="1B365D"/>
          <w:sz w:val="22"/>
        </w:rPr>
        <w:t>UZ PRIJAVU OBRASCA SR PREDANI SU SLJEDEĆI DOKUMENTI:</w:t>
      </w:r>
    </w:p>
    <w:tbl>
      <w:tblPr>
        <w:tblW w:w="0" w:type="auto"/>
        <w:jc w:val="center"/>
        <w:tblBorders>
          <w:top w:val="single" w:sz="4" w:space="0" w:color="B0C4DE"/>
          <w:left w:val="single" w:sz="4" w:space="0" w:color="B0C4DE"/>
          <w:bottom w:val="single" w:sz="4" w:space="0" w:color="B0C4DE"/>
          <w:right w:val="single" w:sz="4" w:space="0" w:color="B0C4DE"/>
          <w:insideH w:val="single" w:sz="4" w:space="0" w:color="B0C4DE"/>
          <w:insideV w:val="single" w:sz="4" w:space="0" w:color="B0C4DE"/>
        </w:tblBorders>
        <w:tblLook w:val="04A0" w:firstRow="1" w:lastRow="0" w:firstColumn="1" w:lastColumn="0" w:noHBand="0" w:noVBand="1"/>
      </w:tblPr>
      <w:tblGrid>
        <w:gridCol w:w="864"/>
        <w:gridCol w:w="3888"/>
        <w:gridCol w:w="864"/>
        <w:gridCol w:w="3888"/>
      </w:tblGrid>
      <w:tr w:rsidR="00FC1BAB" w14:paraId="6785B52B" w14:textId="77777777">
        <w:trPr>
          <w:jc w:val="center"/>
        </w:trPr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D5906F" w14:textId="77777777" w:rsidR="00FC1BAB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88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12FC90" w14:textId="77777777" w:rsidR="00FC1BAB" w:rsidRDefault="00000000">
            <w:r>
              <w:rPr>
                <w:b/>
                <w:color w:val="FFFFFF"/>
                <w:sz w:val="18"/>
              </w:rPr>
              <w:t>DOKUMENTI - OPĆI UVJETI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702576" w14:textId="77777777" w:rsidR="00FC1BAB" w:rsidRDefault="00000000">
            <w:r>
              <w:rPr>
                <w:b/>
                <w:color w:val="FFFFFF"/>
                <w:sz w:val="18"/>
              </w:rPr>
              <w:t>R.B.</w:t>
            </w:r>
          </w:p>
        </w:tc>
        <w:tc>
          <w:tcPr>
            <w:tcW w:w="3888" w:type="dxa"/>
            <w:shd w:val="clear" w:color="auto" w:fill="1B365D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59F129" w14:textId="77777777" w:rsidR="00FC1BAB" w:rsidRDefault="00000000">
            <w:r>
              <w:rPr>
                <w:b/>
                <w:color w:val="FFFFFF"/>
                <w:sz w:val="18"/>
              </w:rPr>
              <w:t>DOKUMENTI - POSEBNI UVJETI</w:t>
            </w:r>
          </w:p>
        </w:tc>
      </w:tr>
      <w:tr w:rsidR="00FC1BAB" w14:paraId="614AE950" w14:textId="77777777">
        <w:trPr>
          <w:jc w:val="center"/>
        </w:trPr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841574" w14:textId="77777777" w:rsidR="00FC1BAB" w:rsidRDefault="00FC1BAB"/>
        </w:tc>
        <w:tc>
          <w:tcPr>
            <w:tcW w:w="388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937CD05" w14:textId="77777777" w:rsidR="00FC1BAB" w:rsidRDefault="00FC1BAB"/>
        </w:tc>
        <w:tc>
          <w:tcPr>
            <w:tcW w:w="864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CC11667" w14:textId="77777777" w:rsidR="00FC1BAB" w:rsidRDefault="00FC1BAB"/>
        </w:tc>
        <w:tc>
          <w:tcPr>
            <w:tcW w:w="3888" w:type="dxa"/>
            <w:shd w:val="clear" w:color="auto" w:fill="F0F4F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85423D" w14:textId="77777777" w:rsidR="00FC1BAB" w:rsidRDefault="00FC1BAB"/>
        </w:tc>
      </w:tr>
      <w:tr w:rsidR="00FC1BAB" w14:paraId="1F985358" w14:textId="77777777">
        <w:trPr>
          <w:jc w:val="center"/>
        </w:trPr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1E58306" w14:textId="77777777" w:rsidR="00FC1BAB" w:rsidRDefault="00FC1BAB"/>
        </w:tc>
        <w:tc>
          <w:tcPr>
            <w:tcW w:w="388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CE0324E" w14:textId="77777777" w:rsidR="00FC1BAB" w:rsidRDefault="00FC1BAB"/>
        </w:tc>
        <w:tc>
          <w:tcPr>
            <w:tcW w:w="864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FF6ABDC" w14:textId="77777777" w:rsidR="00FC1BAB" w:rsidRDefault="00FC1BAB"/>
        </w:tc>
        <w:tc>
          <w:tcPr>
            <w:tcW w:w="3888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52BE260" w14:textId="77777777" w:rsidR="00FC1BAB" w:rsidRDefault="00FC1BAB"/>
        </w:tc>
      </w:tr>
    </w:tbl>
    <w:p w14:paraId="31C221F9" w14:textId="77777777" w:rsidR="00FC1BAB" w:rsidRDefault="00000000">
      <w:pPr>
        <w:spacing w:before="280" w:after="80"/>
      </w:pPr>
      <w:proofErr w:type="spellStart"/>
      <w:r>
        <w:rPr>
          <w:b/>
        </w:rPr>
        <w:t>Ispunjava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Riječki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sportski</w:t>
      </w:r>
      <w:proofErr w:type="spellEnd"/>
      <w:r>
        <w:rPr>
          <w:b/>
        </w:rPr>
        <w:t xml:space="preserve"> savez:</w:t>
      </w:r>
      <w:r>
        <w:rPr>
          <w:b/>
        </w:rPr>
        <w:br/>
      </w:r>
      <w:r>
        <w:t xml:space="preserve">Datum </w:t>
      </w:r>
      <w:proofErr w:type="spellStart"/>
      <w:r>
        <w:t>primitka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: ____________________</w:t>
      </w:r>
    </w:p>
    <w:p w14:paraId="7F9E2079" w14:textId="77777777" w:rsidR="00FC1BAB" w:rsidRDefault="00000000">
      <w:pPr>
        <w:spacing w:before="80" w:after="120"/>
      </w:pPr>
      <w:r>
        <w:rPr>
          <w:i/>
          <w:color w:val="646464"/>
          <w:sz w:val="17"/>
        </w:rPr>
        <w:t xml:space="preserve">* Uz </w:t>
      </w:r>
      <w:proofErr w:type="spellStart"/>
      <w:r>
        <w:rPr>
          <w:i/>
          <w:color w:val="646464"/>
          <w:sz w:val="17"/>
        </w:rPr>
        <w:t>obrazac</w:t>
      </w:r>
      <w:proofErr w:type="spellEnd"/>
      <w:r>
        <w:rPr>
          <w:i/>
          <w:color w:val="646464"/>
          <w:sz w:val="17"/>
        </w:rPr>
        <w:t xml:space="preserve"> SR </w:t>
      </w:r>
      <w:proofErr w:type="spellStart"/>
      <w:r>
        <w:rPr>
          <w:i/>
          <w:color w:val="646464"/>
          <w:sz w:val="17"/>
        </w:rPr>
        <w:t>potrebno</w:t>
      </w:r>
      <w:proofErr w:type="spellEnd"/>
      <w:r>
        <w:rPr>
          <w:i/>
          <w:color w:val="646464"/>
          <w:sz w:val="17"/>
        </w:rPr>
        <w:t xml:space="preserve"> je </w:t>
      </w:r>
      <w:proofErr w:type="spellStart"/>
      <w:r>
        <w:rPr>
          <w:i/>
          <w:color w:val="646464"/>
          <w:sz w:val="17"/>
        </w:rPr>
        <w:t>dostaviti</w:t>
      </w:r>
      <w:proofErr w:type="spellEnd"/>
      <w:r>
        <w:rPr>
          <w:i/>
          <w:color w:val="646464"/>
          <w:sz w:val="17"/>
        </w:rPr>
        <w:t>:</w:t>
      </w:r>
      <w:r>
        <w:rPr>
          <w:i/>
          <w:color w:val="646464"/>
          <w:sz w:val="17"/>
        </w:rPr>
        <w:br/>
        <w:t xml:space="preserve">  • </w:t>
      </w:r>
      <w:proofErr w:type="spellStart"/>
      <w:r>
        <w:rPr>
          <w:i/>
          <w:color w:val="646464"/>
          <w:sz w:val="17"/>
        </w:rPr>
        <w:t>dokaz</w:t>
      </w:r>
      <w:proofErr w:type="spellEnd"/>
      <w:r>
        <w:rPr>
          <w:i/>
          <w:color w:val="646464"/>
          <w:sz w:val="17"/>
        </w:rPr>
        <w:t xml:space="preserve"> o </w:t>
      </w:r>
      <w:proofErr w:type="spellStart"/>
      <w:r>
        <w:rPr>
          <w:i/>
          <w:color w:val="646464"/>
          <w:sz w:val="17"/>
        </w:rPr>
        <w:t>sportskoj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stručnoj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spremi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predloženog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trenera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temeljem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Zakona</w:t>
      </w:r>
      <w:proofErr w:type="spellEnd"/>
      <w:r>
        <w:rPr>
          <w:i/>
          <w:color w:val="646464"/>
          <w:sz w:val="17"/>
        </w:rPr>
        <w:t xml:space="preserve"> o </w:t>
      </w:r>
      <w:proofErr w:type="spellStart"/>
      <w:r>
        <w:rPr>
          <w:i/>
          <w:color w:val="646464"/>
          <w:sz w:val="17"/>
        </w:rPr>
        <w:t>sportu</w:t>
      </w:r>
      <w:proofErr w:type="spellEnd"/>
      <w:r>
        <w:rPr>
          <w:i/>
          <w:color w:val="646464"/>
          <w:sz w:val="17"/>
        </w:rPr>
        <w:t>,</w:t>
      </w:r>
      <w:r>
        <w:rPr>
          <w:i/>
          <w:color w:val="646464"/>
          <w:sz w:val="17"/>
        </w:rPr>
        <w:br/>
        <w:t xml:space="preserve">  • </w:t>
      </w:r>
      <w:proofErr w:type="spellStart"/>
      <w:r>
        <w:rPr>
          <w:i/>
          <w:color w:val="646464"/>
          <w:sz w:val="17"/>
        </w:rPr>
        <w:t>kratak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životopis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predloženog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trenera</w:t>
      </w:r>
      <w:proofErr w:type="spellEnd"/>
      <w:r>
        <w:rPr>
          <w:i/>
          <w:color w:val="646464"/>
          <w:sz w:val="17"/>
        </w:rPr>
        <w:t xml:space="preserve"> za program </w:t>
      </w:r>
      <w:proofErr w:type="spellStart"/>
      <w:r>
        <w:rPr>
          <w:i/>
          <w:color w:val="646464"/>
          <w:sz w:val="17"/>
        </w:rPr>
        <w:t>stručnog</w:t>
      </w:r>
      <w:proofErr w:type="spellEnd"/>
      <w:r>
        <w:rPr>
          <w:i/>
          <w:color w:val="646464"/>
          <w:sz w:val="17"/>
        </w:rPr>
        <w:t xml:space="preserve"> rada,</w:t>
      </w:r>
      <w:r>
        <w:rPr>
          <w:i/>
          <w:color w:val="646464"/>
          <w:sz w:val="17"/>
        </w:rPr>
        <w:br/>
        <w:t xml:space="preserve">  • </w:t>
      </w:r>
      <w:proofErr w:type="spellStart"/>
      <w:r>
        <w:rPr>
          <w:i/>
          <w:color w:val="646464"/>
          <w:sz w:val="17"/>
        </w:rPr>
        <w:t>skraćeni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izvještaj</w:t>
      </w:r>
      <w:proofErr w:type="spellEnd"/>
      <w:r>
        <w:rPr>
          <w:i/>
          <w:color w:val="646464"/>
          <w:sz w:val="17"/>
        </w:rPr>
        <w:t xml:space="preserve"> o </w:t>
      </w:r>
      <w:proofErr w:type="spellStart"/>
      <w:r>
        <w:rPr>
          <w:i/>
          <w:color w:val="646464"/>
          <w:sz w:val="17"/>
        </w:rPr>
        <w:t>radu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predloženog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trenera</w:t>
      </w:r>
      <w:proofErr w:type="spellEnd"/>
      <w:r>
        <w:rPr>
          <w:i/>
          <w:color w:val="646464"/>
          <w:sz w:val="17"/>
        </w:rPr>
        <w:t xml:space="preserve"> u 2026. </w:t>
      </w:r>
      <w:proofErr w:type="spellStart"/>
      <w:r>
        <w:rPr>
          <w:i/>
          <w:color w:val="646464"/>
          <w:sz w:val="17"/>
        </w:rPr>
        <w:t>godini</w:t>
      </w:r>
      <w:proofErr w:type="spellEnd"/>
      <w:r>
        <w:rPr>
          <w:i/>
          <w:color w:val="646464"/>
          <w:sz w:val="17"/>
        </w:rPr>
        <w:t>,</w:t>
      </w:r>
      <w:r>
        <w:rPr>
          <w:i/>
          <w:color w:val="646464"/>
          <w:sz w:val="17"/>
        </w:rPr>
        <w:br/>
        <w:t xml:space="preserve">  • </w:t>
      </w:r>
      <w:proofErr w:type="spellStart"/>
      <w:r>
        <w:rPr>
          <w:i/>
          <w:color w:val="646464"/>
          <w:sz w:val="17"/>
        </w:rPr>
        <w:t>natjecateljski</w:t>
      </w:r>
      <w:proofErr w:type="spellEnd"/>
      <w:r>
        <w:rPr>
          <w:i/>
          <w:color w:val="646464"/>
          <w:sz w:val="17"/>
        </w:rPr>
        <w:t xml:space="preserve"> plan za 2027. </w:t>
      </w:r>
      <w:proofErr w:type="spellStart"/>
      <w:r>
        <w:rPr>
          <w:i/>
          <w:color w:val="646464"/>
          <w:sz w:val="17"/>
        </w:rPr>
        <w:t>godinu</w:t>
      </w:r>
      <w:proofErr w:type="spellEnd"/>
      <w:r>
        <w:rPr>
          <w:i/>
          <w:color w:val="646464"/>
          <w:sz w:val="17"/>
        </w:rPr>
        <w:t xml:space="preserve"> (</w:t>
      </w:r>
      <w:proofErr w:type="spellStart"/>
      <w:r>
        <w:rPr>
          <w:i/>
          <w:color w:val="646464"/>
          <w:sz w:val="17"/>
        </w:rPr>
        <w:t>ili</w:t>
      </w:r>
      <w:proofErr w:type="spellEnd"/>
      <w:r>
        <w:rPr>
          <w:i/>
          <w:color w:val="646464"/>
          <w:sz w:val="17"/>
        </w:rPr>
        <w:t xml:space="preserve"> za </w:t>
      </w:r>
      <w:proofErr w:type="spellStart"/>
      <w:r>
        <w:rPr>
          <w:i/>
          <w:color w:val="646464"/>
          <w:sz w:val="17"/>
        </w:rPr>
        <w:t>sezonu</w:t>
      </w:r>
      <w:proofErr w:type="spellEnd"/>
      <w:r>
        <w:rPr>
          <w:i/>
          <w:color w:val="646464"/>
          <w:sz w:val="17"/>
        </w:rPr>
        <w:t xml:space="preserve"> 2026/2027.).</w:t>
      </w:r>
      <w:r>
        <w:rPr>
          <w:i/>
          <w:color w:val="646464"/>
          <w:sz w:val="17"/>
        </w:rPr>
        <w:br/>
      </w:r>
      <w:r>
        <w:rPr>
          <w:i/>
          <w:color w:val="646464"/>
          <w:sz w:val="17"/>
        </w:rPr>
        <w:br/>
        <w:t xml:space="preserve">* Po </w:t>
      </w:r>
      <w:proofErr w:type="spellStart"/>
      <w:r>
        <w:rPr>
          <w:i/>
          <w:color w:val="646464"/>
          <w:sz w:val="17"/>
        </w:rPr>
        <w:t>prijemu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obrazaca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stručne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službe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Riječkog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sportskog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saveza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obavijestit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će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prijavitelje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programa</w:t>
      </w:r>
      <w:proofErr w:type="spellEnd"/>
      <w:r>
        <w:rPr>
          <w:i/>
          <w:color w:val="646464"/>
          <w:sz w:val="17"/>
        </w:rPr>
        <w:t xml:space="preserve"> o </w:t>
      </w:r>
      <w:proofErr w:type="spellStart"/>
      <w:r>
        <w:rPr>
          <w:i/>
          <w:color w:val="646464"/>
          <w:sz w:val="17"/>
        </w:rPr>
        <w:t>eventualnim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nedostacima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podnijete</w:t>
      </w:r>
      <w:proofErr w:type="spellEnd"/>
      <w:r>
        <w:rPr>
          <w:i/>
          <w:color w:val="646464"/>
          <w:sz w:val="17"/>
        </w:rPr>
        <w:t xml:space="preserve"> </w:t>
      </w:r>
      <w:proofErr w:type="spellStart"/>
      <w:r>
        <w:rPr>
          <w:i/>
          <w:color w:val="646464"/>
          <w:sz w:val="17"/>
        </w:rPr>
        <w:t>prijave</w:t>
      </w:r>
      <w:proofErr w:type="spellEnd"/>
      <w:r>
        <w:rPr>
          <w:i/>
          <w:color w:val="646464"/>
          <w:sz w:val="17"/>
        </w:rPr>
        <w:t>.</w:t>
      </w:r>
    </w:p>
    <w:sectPr w:rsidR="00FC1BAB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6482574">
    <w:abstractNumId w:val="8"/>
  </w:num>
  <w:num w:numId="2" w16cid:durableId="2070183665">
    <w:abstractNumId w:val="6"/>
  </w:num>
  <w:num w:numId="3" w16cid:durableId="861825536">
    <w:abstractNumId w:val="5"/>
  </w:num>
  <w:num w:numId="4" w16cid:durableId="54553890">
    <w:abstractNumId w:val="4"/>
  </w:num>
  <w:num w:numId="5" w16cid:durableId="2017414161">
    <w:abstractNumId w:val="7"/>
  </w:num>
  <w:num w:numId="6" w16cid:durableId="855846607">
    <w:abstractNumId w:val="3"/>
  </w:num>
  <w:num w:numId="7" w16cid:durableId="1921868740">
    <w:abstractNumId w:val="2"/>
  </w:num>
  <w:num w:numId="8" w16cid:durableId="866136184">
    <w:abstractNumId w:val="1"/>
  </w:num>
  <w:num w:numId="9" w16cid:durableId="1289362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76BF"/>
    <w:rsid w:val="00847AE3"/>
    <w:rsid w:val="00AA1D8D"/>
    <w:rsid w:val="00B0337D"/>
    <w:rsid w:val="00B47730"/>
    <w:rsid w:val="00CB0664"/>
    <w:rsid w:val="00D278AF"/>
    <w:rsid w:val="00E178B6"/>
    <w:rsid w:val="00FC1B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3B782E"/>
  <w14:defaultImageDpi w14:val="300"/>
  <w15:docId w15:val="{8754D693-77D7-40A6-93FC-06EF7712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Ksenija Trninić</cp:lastModifiedBy>
  <cp:revision>4</cp:revision>
  <dcterms:created xsi:type="dcterms:W3CDTF">2026-09-24T10:17:00Z</dcterms:created>
  <dcterms:modified xsi:type="dcterms:W3CDTF">2026-09-29T06:00:00Z</dcterms:modified>
  <cp:category/>
</cp:coreProperties>
</file>