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CED91" w14:textId="77777777" w:rsidR="00D54CAC" w:rsidRDefault="00000000">
      <w:pPr>
        <w:jc w:val="center"/>
      </w:pPr>
      <w:r>
        <w:rPr>
          <w:b/>
          <w:color w:val="1B365D"/>
          <w:sz w:val="24"/>
        </w:rPr>
        <w:t>OBRAZAC - RSO</w:t>
      </w:r>
    </w:p>
    <w:p w14:paraId="2672B888" w14:textId="77777777" w:rsidR="00D54CAC" w:rsidRDefault="00000000">
      <w:pPr>
        <w:spacing w:after="40"/>
        <w:jc w:val="center"/>
      </w:pPr>
      <w:r>
        <w:rPr>
          <w:b/>
          <w:color w:val="1B365D"/>
          <w:sz w:val="26"/>
        </w:rPr>
        <w:t>PROGRAM E - RASHODI REDOVNOG POSLOVANJA SPORTSKIH OBJEKATA U 2027.</w:t>
      </w:r>
    </w:p>
    <w:p w14:paraId="1A1DFFC4" w14:textId="77777777" w:rsidR="00D54CAC" w:rsidRDefault="00000000">
      <w:pPr>
        <w:spacing w:after="240"/>
      </w:pPr>
      <w:r>
        <w:rPr>
          <w:b/>
          <w:color w:val="1B365D"/>
        </w:rPr>
        <w:t xml:space="preserve">PREDLAGAČ PROGRAMA: </w:t>
      </w:r>
      <w:r>
        <w:t>____________________________________________________</w:t>
      </w:r>
    </w:p>
    <w:p w14:paraId="0BE9CB30" w14:textId="77777777" w:rsidR="00D54CAC" w:rsidRDefault="00000000">
      <w:pPr>
        <w:keepNext/>
        <w:spacing w:before="280" w:after="120"/>
      </w:pPr>
      <w:r>
        <w:rPr>
          <w:b/>
          <w:color w:val="1B365D"/>
          <w:sz w:val="22"/>
        </w:rPr>
        <w:t>PROJEKCIJA FINANCIJSKOG PLANA ZA RASHODE SPORTSKIH OBJEKATA JP 2027.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912"/>
        <w:gridCol w:w="2592"/>
      </w:tblGrid>
      <w:tr w:rsidR="00D54CAC" w14:paraId="40A5A231" w14:textId="77777777">
        <w:trPr>
          <w:jc w:val="center"/>
        </w:trPr>
        <w:tc>
          <w:tcPr>
            <w:tcW w:w="69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24A0C5" w14:textId="77777777" w:rsidR="00D54CAC" w:rsidRDefault="00000000">
            <w:r>
              <w:rPr>
                <w:b/>
                <w:color w:val="FFFFFF"/>
                <w:sz w:val="18"/>
              </w:rPr>
              <w:t>PRIHODI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385F1C" w14:textId="77777777" w:rsidR="00D54CAC" w:rsidRDefault="00000000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D54CAC" w14:paraId="40EC9291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4C16A8" w14:textId="77777777" w:rsidR="00D54CAC" w:rsidRDefault="00000000">
            <w:r>
              <w:rPr>
                <w:sz w:val="18"/>
              </w:rPr>
              <w:t>Prihod - rashodi redovnog poslovanja sportskih objekata - RSS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0DF13D" w14:textId="77777777" w:rsidR="00D54CAC" w:rsidRDefault="00D54CAC"/>
        </w:tc>
      </w:tr>
      <w:tr w:rsidR="00D54CAC" w14:paraId="457F9714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BFA39C" w14:textId="77777777" w:rsidR="00D54CAC" w:rsidRDefault="00000000">
            <w:r>
              <w:rPr>
                <w:sz w:val="18"/>
              </w:rPr>
              <w:t>Prihod - objekt - Grad Rijeka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F476D5" w14:textId="77777777" w:rsidR="00D54CAC" w:rsidRDefault="00D54CAC"/>
        </w:tc>
      </w:tr>
      <w:tr w:rsidR="00D54CAC" w14:paraId="7A0C6AD8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D3C1F7" w14:textId="77777777" w:rsidR="00D54CAC" w:rsidRDefault="00000000">
            <w:r>
              <w:rPr>
                <w:sz w:val="18"/>
              </w:rPr>
              <w:t>Prihod - objekt - najam, podnajam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C5098E" w14:textId="77777777" w:rsidR="00D54CAC" w:rsidRDefault="00D54CAC"/>
        </w:tc>
      </w:tr>
      <w:tr w:rsidR="00D54CAC" w14:paraId="32E0BF90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6BCDA4" w14:textId="77777777" w:rsidR="00D54CAC" w:rsidRDefault="00000000">
            <w:r>
              <w:rPr>
                <w:sz w:val="18"/>
              </w:rPr>
              <w:t>Prihod - sponzorstvo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BCD914" w14:textId="77777777" w:rsidR="00D54CAC" w:rsidRDefault="00D54CAC"/>
        </w:tc>
      </w:tr>
      <w:tr w:rsidR="00D54CAC" w14:paraId="214BB986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21D558" w14:textId="77777777" w:rsidR="00D54CAC" w:rsidRDefault="00000000">
            <w:r>
              <w:rPr>
                <w:sz w:val="18"/>
              </w:rPr>
              <w:t>Prihod - donacije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028F98" w14:textId="77777777" w:rsidR="00D54CAC" w:rsidRDefault="00D54CAC"/>
        </w:tc>
      </w:tr>
      <w:tr w:rsidR="00D54CAC" w14:paraId="2402E752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191488" w14:textId="77777777" w:rsidR="00D54CAC" w:rsidRDefault="00000000">
            <w:r>
              <w:rPr>
                <w:sz w:val="18"/>
              </w:rPr>
              <w:t>Prihod EU projekti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3590DA" w14:textId="77777777" w:rsidR="00D54CAC" w:rsidRDefault="00D54CAC"/>
        </w:tc>
      </w:tr>
      <w:tr w:rsidR="00D54CAC" w14:paraId="67D1DE40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70EC63" w14:textId="77777777" w:rsidR="00D54CAC" w:rsidRDefault="00000000">
            <w:r>
              <w:rPr>
                <w:sz w:val="18"/>
              </w:rPr>
              <w:t>Prihod - ostali javni izvori financiranja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296342" w14:textId="77777777" w:rsidR="00D54CAC" w:rsidRDefault="00D54CAC"/>
        </w:tc>
      </w:tr>
      <w:tr w:rsidR="00D54CAC" w14:paraId="26A54BF7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482014" w14:textId="77777777" w:rsidR="00D54CAC" w:rsidRDefault="00000000">
            <w:r>
              <w:rPr>
                <w:sz w:val="18"/>
              </w:rPr>
              <w:t>Prihod ostalo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038F82" w14:textId="77777777" w:rsidR="00D54CAC" w:rsidRDefault="00D54CAC"/>
        </w:tc>
      </w:tr>
      <w:tr w:rsidR="00D54CAC" w14:paraId="1538367B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5FFF20" w14:textId="77777777" w:rsidR="00D54CAC" w:rsidRDefault="00000000">
            <w:r>
              <w:rPr>
                <w:b/>
                <w:sz w:val="18"/>
              </w:rPr>
              <w:t>UKUPNO PRIHODI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CB3189" w14:textId="77777777" w:rsidR="00D54CAC" w:rsidRDefault="00D54CAC"/>
        </w:tc>
      </w:tr>
    </w:tbl>
    <w:p w14:paraId="288EBAC4" w14:textId="77777777" w:rsidR="00D54CAC" w:rsidRDefault="00D54CAC">
      <w:pPr>
        <w:spacing w:before="120"/>
      </w:pP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912"/>
        <w:gridCol w:w="2592"/>
      </w:tblGrid>
      <w:tr w:rsidR="00D54CAC" w14:paraId="076B75CE" w14:textId="77777777">
        <w:trPr>
          <w:jc w:val="center"/>
        </w:trPr>
        <w:tc>
          <w:tcPr>
            <w:tcW w:w="69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9FBFE2" w14:textId="77777777" w:rsidR="00D54CAC" w:rsidRDefault="00000000">
            <w:r>
              <w:rPr>
                <w:b/>
                <w:color w:val="FFFFFF"/>
                <w:sz w:val="18"/>
              </w:rPr>
              <w:t>RASHODI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90E9F0" w14:textId="77777777" w:rsidR="00D54CAC" w:rsidRDefault="00000000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D54CAC" w14:paraId="015C1122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931C9A" w14:textId="77777777" w:rsidR="00D54CAC" w:rsidRDefault="00000000">
            <w:r>
              <w:rPr>
                <w:sz w:val="18"/>
              </w:rPr>
              <w:t>Rashod - električna energija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BD25B2" w14:textId="77777777" w:rsidR="00D54CAC" w:rsidRDefault="00D54CAC"/>
        </w:tc>
      </w:tr>
      <w:tr w:rsidR="00D54CAC" w14:paraId="299C09EE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09F54E" w14:textId="77777777" w:rsidR="00D54CAC" w:rsidRDefault="00000000">
            <w:r>
              <w:rPr>
                <w:sz w:val="18"/>
              </w:rPr>
              <w:t>Rashod - voda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1494C4" w14:textId="77777777" w:rsidR="00D54CAC" w:rsidRDefault="00D54CAC"/>
        </w:tc>
      </w:tr>
      <w:tr w:rsidR="00D54CAC" w14:paraId="4F40A7B1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35CA6C" w14:textId="77777777" w:rsidR="00D54CAC" w:rsidRDefault="00000000">
            <w:r>
              <w:rPr>
                <w:sz w:val="18"/>
              </w:rPr>
              <w:t>Rashod - plin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A37EB4" w14:textId="77777777" w:rsidR="00D54CAC" w:rsidRDefault="00D54CAC"/>
        </w:tc>
      </w:tr>
      <w:tr w:rsidR="00D54CAC" w14:paraId="664FC909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6E0524" w14:textId="77777777" w:rsidR="00D54CAC" w:rsidRDefault="00000000">
            <w:r>
              <w:rPr>
                <w:sz w:val="18"/>
              </w:rPr>
              <w:t>Rashod - komunalne naknade i usluge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C84018" w14:textId="77777777" w:rsidR="00D54CAC" w:rsidRDefault="00D54CAC"/>
        </w:tc>
      </w:tr>
      <w:tr w:rsidR="00D54CAC" w14:paraId="56866D39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E042D3" w14:textId="77777777" w:rsidR="00D54CAC" w:rsidRDefault="00000000">
            <w:r>
              <w:rPr>
                <w:sz w:val="18"/>
              </w:rPr>
              <w:t>Rashod - materijal za higijensko-tehničku zaštitu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70695A" w14:textId="77777777" w:rsidR="00D54CAC" w:rsidRDefault="00D54CAC"/>
        </w:tc>
      </w:tr>
      <w:tr w:rsidR="00D54CAC" w14:paraId="5F4BD6B2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190124" w14:textId="77777777" w:rsidR="00D54CAC" w:rsidRDefault="00000000">
            <w:r>
              <w:rPr>
                <w:sz w:val="18"/>
              </w:rPr>
              <w:t>Rashod - materijal za tekuće održavanje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4DAF53" w14:textId="77777777" w:rsidR="00D54CAC" w:rsidRDefault="00D54CAC"/>
        </w:tc>
      </w:tr>
      <w:tr w:rsidR="00D54CAC" w14:paraId="6F9EAB9A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7858CE" w14:textId="77777777" w:rsidR="00D54CAC" w:rsidRDefault="00000000">
            <w:r>
              <w:rPr>
                <w:sz w:val="18"/>
              </w:rPr>
              <w:lastRenderedPageBreak/>
              <w:t>Rashod - usluge čišćenja, usluge fizičke i tehničke zaštite te usluge tekućeg i investicijskog održavanja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F3D77D" w14:textId="77777777" w:rsidR="00D54CAC" w:rsidRDefault="00D54CAC"/>
        </w:tc>
      </w:tr>
      <w:tr w:rsidR="00D54CAC" w14:paraId="763D4047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2A20F1" w14:textId="77777777" w:rsidR="00D54CAC" w:rsidRDefault="00000000">
            <w:r>
              <w:rPr>
                <w:sz w:val="18"/>
              </w:rPr>
              <w:t>Rashod - oprema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3E89E7" w14:textId="77777777" w:rsidR="00D54CAC" w:rsidRDefault="00D54CAC"/>
        </w:tc>
      </w:tr>
      <w:tr w:rsidR="00D54CAC" w14:paraId="43C294CA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D7CA12" w14:textId="77777777" w:rsidR="00D54CAC" w:rsidRDefault="00000000">
            <w:r>
              <w:rPr>
                <w:sz w:val="18"/>
              </w:rPr>
              <w:t>Rashod - troškovi nužni za funkcionalnost objekta: Ugovor o radu, Ugovor o djelu, Ugovor o volontiranju ili Studentski ugovor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6FEC21" w14:textId="77777777" w:rsidR="00D54CAC" w:rsidRDefault="00D54CAC"/>
        </w:tc>
      </w:tr>
      <w:tr w:rsidR="00D54CAC" w14:paraId="4165B5D2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D2EB51" w14:textId="77777777" w:rsidR="00D54CAC" w:rsidRDefault="00000000">
            <w:r>
              <w:rPr>
                <w:sz w:val="18"/>
              </w:rPr>
              <w:t>Rashod - administrativni troškovi (troškovi ureda)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9A456A" w14:textId="77777777" w:rsidR="00D54CAC" w:rsidRDefault="00D54CAC"/>
        </w:tc>
      </w:tr>
      <w:tr w:rsidR="00D54CAC" w14:paraId="065866C0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FD099C" w14:textId="77777777" w:rsidR="00D54CAC" w:rsidRDefault="00000000">
            <w:r>
              <w:rPr>
                <w:sz w:val="18"/>
              </w:rPr>
              <w:t>Rashod ostalo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669B17" w14:textId="77777777" w:rsidR="00D54CAC" w:rsidRDefault="00D54CAC"/>
        </w:tc>
      </w:tr>
      <w:tr w:rsidR="00D54CAC" w14:paraId="6CB205A3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6A795E" w14:textId="77777777" w:rsidR="00D54CAC" w:rsidRDefault="00000000">
            <w:r>
              <w:rPr>
                <w:b/>
                <w:sz w:val="18"/>
              </w:rPr>
              <w:t>UKUPNO RASHODI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BEC5AA" w14:textId="77777777" w:rsidR="00D54CAC" w:rsidRDefault="00D54CAC"/>
        </w:tc>
      </w:tr>
    </w:tbl>
    <w:p w14:paraId="048F3A3A" w14:textId="77777777" w:rsidR="00D54CAC" w:rsidRDefault="00000000">
      <w:pPr>
        <w:spacing w:before="280"/>
      </w:pPr>
      <w:r>
        <w:t>Potpisom ovog dokumenta, kao ovlaštena osoba udruge u skladu sa Statutom udruge i svim zakonskim odredbama Republike Hrvatske, pod punom odgovornošću potvrđujem da su svi podaci navedeni u obrascima točni, a priložena dokumentacija vjerodostojna.</w:t>
      </w:r>
    </w:p>
    <w:p w14:paraId="05B967DD" w14:textId="77777777" w:rsidR="00D54CAC" w:rsidRDefault="00000000">
      <w:pPr>
        <w:spacing w:after="80"/>
      </w:pPr>
      <w:r>
        <w:t>Ime i prezime ovlaštene osobe: ______________________________________</w:t>
      </w:r>
      <w:r>
        <w:br/>
      </w:r>
      <w:r>
        <w:br/>
        <w:t>Vlastoručni potpis: ______________________________________</w:t>
      </w:r>
      <w:r>
        <w:br/>
      </w:r>
      <w:r>
        <w:br/>
        <w:t>Kontakt telefon ovlaštene osobe: ______________________________________</w:t>
      </w:r>
    </w:p>
    <w:p w14:paraId="7723273C" w14:textId="77777777" w:rsidR="0071067E" w:rsidRDefault="0071067E">
      <w:pPr>
        <w:spacing w:before="280" w:after="80"/>
        <w:rPr>
          <w:b/>
        </w:rPr>
      </w:pPr>
    </w:p>
    <w:p w14:paraId="34D243E1" w14:textId="2D858A9B" w:rsidR="00D54CAC" w:rsidRDefault="00000000">
      <w:pPr>
        <w:spacing w:before="280" w:after="80"/>
      </w:pPr>
      <w:proofErr w:type="spellStart"/>
      <w:r>
        <w:rPr>
          <w:b/>
        </w:rPr>
        <w:t>Ispunjava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Riječki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sportski</w:t>
      </w:r>
      <w:proofErr w:type="spellEnd"/>
      <w:r>
        <w:rPr>
          <w:b/>
        </w:rPr>
        <w:t xml:space="preserve"> savez:</w:t>
      </w:r>
      <w:r>
        <w:rPr>
          <w:b/>
        </w:rPr>
        <w:br/>
      </w:r>
      <w:r>
        <w:t>Datum primitka programa: ____________________</w:t>
      </w:r>
    </w:p>
    <w:p w14:paraId="0182EA3B" w14:textId="77777777" w:rsidR="00D54CAC" w:rsidRDefault="00000000">
      <w:pPr>
        <w:spacing w:before="80" w:after="120"/>
      </w:pPr>
      <w:r>
        <w:rPr>
          <w:i/>
          <w:color w:val="646464"/>
          <w:sz w:val="17"/>
        </w:rPr>
        <w:t>* Po prijemu obrazaca stručne službe Riječkog sportskog saveza obavijestit će prijavitelje programa o eventualnim nedostacima podnijete prijave.</w:t>
      </w:r>
    </w:p>
    <w:sectPr w:rsidR="00D54CAC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7827545">
    <w:abstractNumId w:val="8"/>
  </w:num>
  <w:num w:numId="2" w16cid:durableId="1867059641">
    <w:abstractNumId w:val="6"/>
  </w:num>
  <w:num w:numId="3" w16cid:durableId="177430205">
    <w:abstractNumId w:val="5"/>
  </w:num>
  <w:num w:numId="4" w16cid:durableId="690449531">
    <w:abstractNumId w:val="4"/>
  </w:num>
  <w:num w:numId="5" w16cid:durableId="500505398">
    <w:abstractNumId w:val="7"/>
  </w:num>
  <w:num w:numId="6" w16cid:durableId="1855722472">
    <w:abstractNumId w:val="3"/>
  </w:num>
  <w:num w:numId="7" w16cid:durableId="1610352834">
    <w:abstractNumId w:val="2"/>
  </w:num>
  <w:num w:numId="8" w16cid:durableId="1430078462">
    <w:abstractNumId w:val="1"/>
  </w:num>
  <w:num w:numId="9" w16cid:durableId="170054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241F"/>
    <w:rsid w:val="0029639D"/>
    <w:rsid w:val="00326F90"/>
    <w:rsid w:val="0071067E"/>
    <w:rsid w:val="0097796C"/>
    <w:rsid w:val="00AA1D8D"/>
    <w:rsid w:val="00B47730"/>
    <w:rsid w:val="00CB0664"/>
    <w:rsid w:val="00D54CAC"/>
    <w:rsid w:val="00F642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82992F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3</cp:revision>
  <dcterms:created xsi:type="dcterms:W3CDTF">2026-09-02T07:34:00Z</dcterms:created>
  <dcterms:modified xsi:type="dcterms:W3CDTF">2026-09-29T06:00:00Z</dcterms:modified>
  <cp:category/>
</cp:coreProperties>
</file>