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A5BD5" w14:textId="77777777" w:rsidR="0093127B" w:rsidRDefault="00000000">
      <w:pPr>
        <w:spacing w:after="40"/>
        <w:jc w:val="center"/>
      </w:pPr>
      <w:r>
        <w:rPr>
          <w:b/>
          <w:color w:val="1B365D"/>
          <w:sz w:val="26"/>
        </w:rPr>
        <w:t>PROGRAM A - TRENINZI I NATJECANJA SPORTAŠA U 2027.</w:t>
      </w:r>
    </w:p>
    <w:p w14:paraId="2FD1E933" w14:textId="77777777" w:rsidR="0093127B" w:rsidRDefault="00000000">
      <w:pPr>
        <w:jc w:val="center"/>
      </w:pPr>
      <w:r>
        <w:rPr>
          <w:b/>
          <w:color w:val="1B365D"/>
          <w:sz w:val="24"/>
        </w:rPr>
        <w:t>OBRAZAC PLS</w:t>
      </w:r>
      <w:r>
        <w:rPr>
          <w:b/>
          <w:color w:val="1B365D"/>
          <w:sz w:val="24"/>
        </w:rPr>
        <w:br/>
        <w:t>POTPORA EKIPNIM LOPTAČKIM SPORTOVIMA U 2027.</w:t>
      </w:r>
    </w:p>
    <w:p w14:paraId="22EC15E2" w14:textId="77777777" w:rsidR="0093127B" w:rsidRDefault="00000000">
      <w:pPr>
        <w:spacing w:after="240"/>
      </w:pPr>
      <w:r>
        <w:rPr>
          <w:b/>
          <w:color w:val="1B365D"/>
        </w:rPr>
        <w:t xml:space="preserve">PREDLAGAČ PROGRAMA: </w:t>
      </w:r>
      <w:r>
        <w:t>____________________________________________________</w:t>
      </w:r>
    </w:p>
    <w:p w14:paraId="56103619" w14:textId="77777777" w:rsidR="0093127B" w:rsidRDefault="00000000">
      <w:pPr>
        <w:keepNext/>
        <w:spacing w:before="280" w:after="120"/>
      </w:pPr>
      <w:r>
        <w:rPr>
          <w:b/>
          <w:color w:val="1B365D"/>
          <w:sz w:val="22"/>
        </w:rPr>
        <w:t>I. LIGAŠKA NATJECANJA U NATJECATELJSKOJ SEZONI 2026/2027.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6336"/>
        <w:gridCol w:w="3168"/>
      </w:tblGrid>
      <w:tr w:rsidR="0093127B" w14:paraId="67009205" w14:textId="77777777">
        <w:trPr>
          <w:jc w:val="center"/>
        </w:trPr>
        <w:tc>
          <w:tcPr>
            <w:tcW w:w="633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F8435C" w14:textId="77777777" w:rsidR="0093127B" w:rsidRDefault="00000000">
            <w:r>
              <w:rPr>
                <w:b/>
                <w:color w:val="FFFFFF"/>
                <w:sz w:val="18"/>
              </w:rPr>
              <w:t>SLUŽBENI NAZIV LIGE</w:t>
            </w:r>
          </w:p>
        </w:tc>
        <w:tc>
          <w:tcPr>
            <w:tcW w:w="316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3CF7F0" w14:textId="77777777" w:rsidR="0093127B" w:rsidRDefault="00000000">
            <w:r>
              <w:rPr>
                <w:b/>
                <w:color w:val="FFFFFF"/>
                <w:sz w:val="18"/>
              </w:rPr>
              <w:t>DOBNA KATEGORIJA</w:t>
            </w:r>
          </w:p>
        </w:tc>
      </w:tr>
      <w:tr w:rsidR="0093127B" w14:paraId="0C337FF6" w14:textId="77777777">
        <w:trPr>
          <w:jc w:val="center"/>
        </w:trPr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EEAFDF" w14:textId="77777777" w:rsidR="0093127B" w:rsidRDefault="0093127B"/>
        </w:tc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DDC0A0" w14:textId="77777777" w:rsidR="0093127B" w:rsidRDefault="0093127B"/>
        </w:tc>
      </w:tr>
      <w:tr w:rsidR="0093127B" w14:paraId="76C57148" w14:textId="77777777">
        <w:trPr>
          <w:jc w:val="center"/>
        </w:trPr>
        <w:tc>
          <w:tcPr>
            <w:tcW w:w="633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C0BEEF" w14:textId="77777777" w:rsidR="0093127B" w:rsidRDefault="0093127B"/>
        </w:tc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69A400" w14:textId="77777777" w:rsidR="0093127B" w:rsidRDefault="0093127B"/>
        </w:tc>
      </w:tr>
      <w:tr w:rsidR="0093127B" w14:paraId="19C3C221" w14:textId="77777777">
        <w:trPr>
          <w:jc w:val="center"/>
        </w:trPr>
        <w:tc>
          <w:tcPr>
            <w:tcW w:w="633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97DCD5" w14:textId="77777777" w:rsidR="0093127B" w:rsidRDefault="0093127B"/>
        </w:tc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FF8CA7" w14:textId="77777777" w:rsidR="0093127B" w:rsidRDefault="0093127B"/>
        </w:tc>
      </w:tr>
    </w:tbl>
    <w:p w14:paraId="05FB2F34" w14:textId="77777777" w:rsidR="0093127B" w:rsidRDefault="00000000">
      <w:pPr>
        <w:spacing w:before="80" w:after="120"/>
      </w:pPr>
      <w:r>
        <w:rPr>
          <w:i/>
          <w:color w:val="646464"/>
          <w:sz w:val="17"/>
        </w:rPr>
        <w:t>• Napisati službene nazive liga za sve dobne kategorije u kojima će udruga prijavitelj nastupati u natjecateljskoj sezoni 2026/2027.</w:t>
      </w:r>
    </w:p>
    <w:p w14:paraId="104E8EBF" w14:textId="77777777" w:rsidR="0093127B" w:rsidRDefault="00000000">
      <w:pPr>
        <w:keepNext/>
        <w:spacing w:before="280" w:after="120"/>
      </w:pPr>
      <w:r>
        <w:rPr>
          <w:b/>
          <w:color w:val="1B365D"/>
          <w:sz w:val="22"/>
        </w:rPr>
        <w:t>II. REZULTATI U NATJECATELJSKOJ SEZONI 2025/2026.</w:t>
      </w:r>
    </w:p>
    <w:p w14:paraId="30C6F959" w14:textId="77777777" w:rsidR="0093127B" w:rsidRDefault="00000000">
      <w:pPr>
        <w:spacing w:before="80" w:after="80"/>
      </w:pPr>
      <w:r>
        <w:rPr>
          <w:b/>
        </w:rPr>
        <w:t>II./A REZULTATI OSTVARENI NA DOMAĆIM SLUŽBENIM LIGA I KUP NATJECANJIMA U 2025/2026. g.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3168"/>
        <w:gridCol w:w="4464"/>
        <w:gridCol w:w="1872"/>
      </w:tblGrid>
      <w:tr w:rsidR="0093127B" w14:paraId="6EC26B4D" w14:textId="77777777">
        <w:trPr>
          <w:jc w:val="center"/>
        </w:trPr>
        <w:tc>
          <w:tcPr>
            <w:tcW w:w="316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589B81" w14:textId="77777777" w:rsidR="0093127B" w:rsidRDefault="00000000">
            <w:r>
              <w:rPr>
                <w:b/>
                <w:color w:val="FFFFFF"/>
                <w:sz w:val="18"/>
              </w:rPr>
              <w:t>DOBNA KATEGORIJA</w:t>
            </w:r>
          </w:p>
        </w:tc>
        <w:tc>
          <w:tcPr>
            <w:tcW w:w="44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528B57" w14:textId="77777777" w:rsidR="0093127B" w:rsidRDefault="00000000">
            <w:r>
              <w:rPr>
                <w:b/>
                <w:color w:val="FFFFFF"/>
                <w:sz w:val="18"/>
              </w:rPr>
              <w:t>NAZIV I STUPANJ NATJECANJA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B85C86" w14:textId="77777777" w:rsidR="0093127B" w:rsidRDefault="00000000">
            <w:r>
              <w:rPr>
                <w:b/>
                <w:color w:val="FFFFFF"/>
                <w:sz w:val="18"/>
              </w:rPr>
              <w:t>PLASMAN NA NATJECANJU</w:t>
            </w:r>
          </w:p>
        </w:tc>
      </w:tr>
      <w:tr w:rsidR="0093127B" w14:paraId="73D4FEB7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9B5505" w14:textId="77777777" w:rsidR="0093127B" w:rsidRDefault="0093127B"/>
        </w:tc>
        <w:tc>
          <w:tcPr>
            <w:tcW w:w="44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1977F5" w14:textId="77777777" w:rsidR="0093127B" w:rsidRDefault="0093127B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1BD55D" w14:textId="77777777" w:rsidR="0093127B" w:rsidRDefault="0093127B"/>
        </w:tc>
      </w:tr>
      <w:tr w:rsidR="0093127B" w14:paraId="6D557D17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3C9995" w14:textId="77777777" w:rsidR="0093127B" w:rsidRDefault="0093127B"/>
        </w:tc>
        <w:tc>
          <w:tcPr>
            <w:tcW w:w="44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DCC092" w14:textId="77777777" w:rsidR="0093127B" w:rsidRDefault="0093127B"/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D479E8" w14:textId="77777777" w:rsidR="0093127B" w:rsidRDefault="0093127B"/>
        </w:tc>
      </w:tr>
    </w:tbl>
    <w:p w14:paraId="03ACC3F6" w14:textId="77777777" w:rsidR="0093127B" w:rsidRDefault="00000000">
      <w:pPr>
        <w:spacing w:before="160" w:after="80"/>
      </w:pPr>
      <w:r>
        <w:rPr>
          <w:b/>
        </w:rPr>
        <w:t>II./B REZULTATI OSTVARENI NA MEĐUNARODNIM SLUŽBENIM NATJECANJIMA U 2025/2026. g.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3168"/>
        <w:gridCol w:w="4464"/>
        <w:gridCol w:w="1872"/>
      </w:tblGrid>
      <w:tr w:rsidR="0093127B" w14:paraId="26411636" w14:textId="77777777">
        <w:trPr>
          <w:jc w:val="center"/>
        </w:trPr>
        <w:tc>
          <w:tcPr>
            <w:tcW w:w="316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E6575D" w14:textId="77777777" w:rsidR="0093127B" w:rsidRDefault="00000000">
            <w:r>
              <w:rPr>
                <w:b/>
                <w:color w:val="FFFFFF"/>
                <w:sz w:val="18"/>
              </w:rPr>
              <w:t>DOBNA KATEGORIJA</w:t>
            </w:r>
          </w:p>
        </w:tc>
        <w:tc>
          <w:tcPr>
            <w:tcW w:w="44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B23798" w14:textId="77777777" w:rsidR="0093127B" w:rsidRDefault="00000000">
            <w:r>
              <w:rPr>
                <w:b/>
                <w:color w:val="FFFFFF"/>
                <w:sz w:val="18"/>
              </w:rPr>
              <w:t>NAZIV I STUPANJ NATJECANJA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0B8D86" w14:textId="77777777" w:rsidR="0093127B" w:rsidRDefault="00000000">
            <w:r>
              <w:rPr>
                <w:b/>
                <w:color w:val="FFFFFF"/>
                <w:sz w:val="18"/>
              </w:rPr>
              <w:t>PLASMAN NA NATJECANJU</w:t>
            </w:r>
          </w:p>
        </w:tc>
      </w:tr>
      <w:tr w:rsidR="0093127B" w14:paraId="4269BF0B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FDE8DD" w14:textId="77777777" w:rsidR="0093127B" w:rsidRDefault="0093127B"/>
        </w:tc>
        <w:tc>
          <w:tcPr>
            <w:tcW w:w="44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DB388F" w14:textId="77777777" w:rsidR="0093127B" w:rsidRDefault="0093127B"/>
        </w:tc>
        <w:tc>
          <w:tcPr>
            <w:tcW w:w="1872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158A5C" w14:textId="77777777" w:rsidR="0093127B" w:rsidRDefault="0093127B"/>
        </w:tc>
      </w:tr>
      <w:tr w:rsidR="0093127B" w14:paraId="52CC3B83" w14:textId="77777777">
        <w:trPr>
          <w:jc w:val="center"/>
        </w:trPr>
        <w:tc>
          <w:tcPr>
            <w:tcW w:w="316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D2D7BE" w14:textId="77777777" w:rsidR="0093127B" w:rsidRDefault="0093127B"/>
        </w:tc>
        <w:tc>
          <w:tcPr>
            <w:tcW w:w="44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AB908E" w14:textId="77777777" w:rsidR="0093127B" w:rsidRDefault="0093127B"/>
        </w:tc>
        <w:tc>
          <w:tcPr>
            <w:tcW w:w="187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D56D3A" w14:textId="77777777" w:rsidR="0093127B" w:rsidRDefault="0093127B"/>
        </w:tc>
      </w:tr>
    </w:tbl>
    <w:p w14:paraId="0013EABC" w14:textId="77777777" w:rsidR="0093127B" w:rsidRDefault="00000000">
      <w:pPr>
        <w:keepNext/>
        <w:spacing w:before="280" w:after="120"/>
      </w:pPr>
      <w:r>
        <w:rPr>
          <w:b/>
          <w:color w:val="1B365D"/>
          <w:sz w:val="22"/>
        </w:rPr>
        <w:t>III. POPIS REDOVNIH ČLANOVA NACIONALNIH REPREZENTACIJA U 2026.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2880"/>
        <w:gridCol w:w="2304"/>
        <w:gridCol w:w="4320"/>
      </w:tblGrid>
      <w:tr w:rsidR="0093127B" w14:paraId="25383264" w14:textId="77777777">
        <w:trPr>
          <w:jc w:val="center"/>
        </w:trPr>
        <w:tc>
          <w:tcPr>
            <w:tcW w:w="288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20CF1E" w14:textId="77777777" w:rsidR="0093127B" w:rsidRDefault="00000000">
            <w:r>
              <w:rPr>
                <w:b/>
                <w:color w:val="FFFFFF"/>
                <w:sz w:val="18"/>
              </w:rPr>
              <w:t>IME I PREZIME</w:t>
            </w:r>
          </w:p>
        </w:tc>
        <w:tc>
          <w:tcPr>
            <w:tcW w:w="230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B67ACE" w14:textId="77777777" w:rsidR="0093127B" w:rsidRDefault="00000000">
            <w:r>
              <w:rPr>
                <w:b/>
                <w:color w:val="FFFFFF"/>
                <w:sz w:val="18"/>
              </w:rPr>
              <w:t>DOBNA KATEGORIJA</w:t>
            </w:r>
          </w:p>
        </w:tc>
        <w:tc>
          <w:tcPr>
            <w:tcW w:w="4320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920E37" w14:textId="77777777" w:rsidR="0093127B" w:rsidRDefault="00000000">
            <w:r>
              <w:rPr>
                <w:b/>
                <w:color w:val="FFFFFF"/>
                <w:sz w:val="18"/>
              </w:rPr>
              <w:t>NAZIV NATJECANJA U KOJEM JE SUDJELOVAO U SASTAVU REPREZENTACIJE</w:t>
            </w:r>
          </w:p>
        </w:tc>
      </w:tr>
      <w:tr w:rsidR="0093127B" w14:paraId="053A4666" w14:textId="77777777">
        <w:trPr>
          <w:jc w:val="center"/>
        </w:trPr>
        <w:tc>
          <w:tcPr>
            <w:tcW w:w="28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F1FB12" w14:textId="77777777" w:rsidR="0093127B" w:rsidRDefault="0093127B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39CC17" w14:textId="77777777" w:rsidR="0093127B" w:rsidRDefault="0093127B"/>
        </w:tc>
        <w:tc>
          <w:tcPr>
            <w:tcW w:w="43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574D38" w14:textId="77777777" w:rsidR="0093127B" w:rsidRDefault="0093127B"/>
        </w:tc>
      </w:tr>
      <w:tr w:rsidR="0093127B" w14:paraId="77FA0D0C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AB5D7F" w14:textId="77777777" w:rsidR="0093127B" w:rsidRDefault="0093127B"/>
        </w:tc>
        <w:tc>
          <w:tcPr>
            <w:tcW w:w="230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2E8B94" w14:textId="77777777" w:rsidR="0093127B" w:rsidRDefault="0093127B"/>
        </w:tc>
        <w:tc>
          <w:tcPr>
            <w:tcW w:w="432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ADA0AE" w14:textId="77777777" w:rsidR="0093127B" w:rsidRDefault="0093127B"/>
        </w:tc>
      </w:tr>
      <w:tr w:rsidR="0093127B" w14:paraId="6B660517" w14:textId="77777777">
        <w:trPr>
          <w:jc w:val="center"/>
        </w:trPr>
        <w:tc>
          <w:tcPr>
            <w:tcW w:w="288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D37D65" w14:textId="77777777" w:rsidR="0093127B" w:rsidRDefault="0093127B"/>
        </w:tc>
        <w:tc>
          <w:tcPr>
            <w:tcW w:w="230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7E653C" w14:textId="77777777" w:rsidR="0093127B" w:rsidRDefault="0093127B"/>
        </w:tc>
        <w:tc>
          <w:tcPr>
            <w:tcW w:w="4320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FE6498" w14:textId="77777777" w:rsidR="0093127B" w:rsidRDefault="0093127B"/>
        </w:tc>
      </w:tr>
    </w:tbl>
    <w:p w14:paraId="43DE3672" w14:textId="77777777" w:rsidR="0093127B" w:rsidRDefault="00000000">
      <w:pPr>
        <w:spacing w:before="280"/>
      </w:pPr>
      <w:r>
        <w:t>Potpisom ovog dokumenta, kao ovlaštena osoba udruge u skladu sa Statutom udruge i svim zakonskim odredbama Republike Hrvatske, pod punom odgovornošću potvrđujem da su svi podaci navedeni u obrascima točni, a priložena dokumentacija vjerodostojna.</w:t>
      </w:r>
    </w:p>
    <w:p w14:paraId="3EDB8D41" w14:textId="77777777" w:rsidR="0093127B" w:rsidRDefault="00000000">
      <w:pPr>
        <w:spacing w:after="80"/>
      </w:pPr>
      <w:r>
        <w:t>Ime i prezime ovlaštene osobe: ______________________________________</w:t>
      </w:r>
      <w:r>
        <w:br/>
      </w:r>
      <w:r>
        <w:br/>
        <w:t>Vlastoručni potpis: ______________________________________</w:t>
      </w:r>
      <w:r>
        <w:br/>
      </w:r>
      <w:r>
        <w:br/>
        <w:t>Kontakt telefon ovlaštene osobe: ______________________________________</w:t>
      </w:r>
    </w:p>
    <w:p w14:paraId="2D860221" w14:textId="77777777" w:rsidR="00202549" w:rsidRDefault="00202549">
      <w:pPr>
        <w:spacing w:before="280" w:after="80"/>
        <w:rPr>
          <w:b/>
        </w:rPr>
      </w:pPr>
    </w:p>
    <w:p w14:paraId="4006CCBB" w14:textId="77777777" w:rsidR="00202549" w:rsidRDefault="00202549">
      <w:pPr>
        <w:spacing w:before="280" w:after="80"/>
        <w:rPr>
          <w:b/>
        </w:rPr>
      </w:pPr>
    </w:p>
    <w:p w14:paraId="07C6C84A" w14:textId="090C82E9" w:rsidR="0093127B" w:rsidRDefault="00000000">
      <w:pPr>
        <w:spacing w:before="280" w:after="80"/>
      </w:pPr>
      <w:proofErr w:type="spellStart"/>
      <w:r>
        <w:rPr>
          <w:b/>
        </w:rPr>
        <w:t>Ispunjava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Riječki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sportski</w:t>
      </w:r>
      <w:proofErr w:type="spellEnd"/>
      <w:r>
        <w:rPr>
          <w:b/>
        </w:rPr>
        <w:t xml:space="preserve"> savez:</w:t>
      </w:r>
      <w:r>
        <w:rPr>
          <w:b/>
        </w:rPr>
        <w:br/>
      </w:r>
      <w:r>
        <w:t>Datum primitka programa: ____________________</w:t>
      </w:r>
    </w:p>
    <w:p w14:paraId="6FFE71E8" w14:textId="77777777" w:rsidR="0093127B" w:rsidRDefault="00000000">
      <w:pPr>
        <w:spacing w:before="80" w:after="120"/>
      </w:pPr>
      <w:r>
        <w:rPr>
          <w:i/>
          <w:color w:val="646464"/>
          <w:sz w:val="17"/>
        </w:rPr>
        <w:t>* Po prijemu obrazaca stručne službe Riječkog sportskog saveza obavijestit će prijavitelje programa o eventualnim nedostacima podnijete prijave.</w:t>
      </w:r>
    </w:p>
    <w:sectPr w:rsidR="0093127B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8092388">
    <w:abstractNumId w:val="8"/>
  </w:num>
  <w:num w:numId="2" w16cid:durableId="1452748122">
    <w:abstractNumId w:val="6"/>
  </w:num>
  <w:num w:numId="3" w16cid:durableId="1292248698">
    <w:abstractNumId w:val="5"/>
  </w:num>
  <w:num w:numId="4" w16cid:durableId="1202091191">
    <w:abstractNumId w:val="4"/>
  </w:num>
  <w:num w:numId="5" w16cid:durableId="234366532">
    <w:abstractNumId w:val="7"/>
  </w:num>
  <w:num w:numId="6" w16cid:durableId="1537348843">
    <w:abstractNumId w:val="3"/>
  </w:num>
  <w:num w:numId="7" w16cid:durableId="986590304">
    <w:abstractNumId w:val="2"/>
  </w:num>
  <w:num w:numId="8" w16cid:durableId="248658938">
    <w:abstractNumId w:val="1"/>
  </w:num>
  <w:num w:numId="9" w16cid:durableId="648248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2549"/>
    <w:rsid w:val="0029639D"/>
    <w:rsid w:val="00326F90"/>
    <w:rsid w:val="004A74DA"/>
    <w:rsid w:val="0093127B"/>
    <w:rsid w:val="00AA1D8D"/>
    <w:rsid w:val="00B47730"/>
    <w:rsid w:val="00CB0664"/>
    <w:rsid w:val="00F32BB5"/>
    <w:rsid w:val="00F642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6724E"/>
  <w14:defaultImageDpi w14:val="300"/>
  <w15:docId w15:val="{D613F643-7EB6-4AB5-A69A-8C9F5AC1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Ksenija Trninić</cp:lastModifiedBy>
  <cp:revision>3</cp:revision>
  <dcterms:created xsi:type="dcterms:W3CDTF">2026-09-02T07:30:00Z</dcterms:created>
  <dcterms:modified xsi:type="dcterms:W3CDTF">2026-09-29T06:00:00Z</dcterms:modified>
  <cp:category/>
</cp:coreProperties>
</file>