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FACF" w14:textId="77777777" w:rsidR="00CC1252" w:rsidRDefault="00000000">
      <w:pPr>
        <w:spacing w:after="40"/>
        <w:jc w:val="center"/>
      </w:pPr>
      <w:r>
        <w:rPr>
          <w:b/>
          <w:color w:val="1B365D"/>
          <w:sz w:val="26"/>
        </w:rPr>
        <w:t>PROGRAM A - TRENINZI I NATJECANJA SPORTAŠA U 2027.</w:t>
      </w:r>
    </w:p>
    <w:p w14:paraId="3C6BC5DE" w14:textId="77777777" w:rsidR="00CC1252" w:rsidRDefault="00000000">
      <w:pPr>
        <w:jc w:val="center"/>
      </w:pPr>
      <w:r>
        <w:rPr>
          <w:b/>
          <w:color w:val="1B365D"/>
          <w:sz w:val="24"/>
        </w:rPr>
        <w:t>OBRAZAC PIS</w:t>
      </w:r>
      <w:r>
        <w:rPr>
          <w:b/>
          <w:color w:val="1B365D"/>
          <w:sz w:val="24"/>
        </w:rPr>
        <w:br/>
        <w:t>POTPORA KLUBOVIMA SPECIFIČNIH INDIVIDUALNIH SPORTOVA U 2027.</w:t>
      </w:r>
    </w:p>
    <w:p w14:paraId="0D92BA6E" w14:textId="77777777" w:rsidR="00CC1252" w:rsidRDefault="00000000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NAZIV SPECIFIČNOG INDIVIDUALNOG SPORTA: </w:t>
      </w:r>
      <w:r>
        <w:t>____________________________________________________</w:t>
      </w:r>
    </w:p>
    <w:p w14:paraId="5106CD33" w14:textId="77777777" w:rsidR="00CC1252" w:rsidRDefault="00000000">
      <w:pPr>
        <w:keepNext/>
        <w:spacing w:before="280" w:after="120"/>
      </w:pPr>
      <w:r>
        <w:rPr>
          <w:b/>
          <w:color w:val="1B365D"/>
          <w:sz w:val="22"/>
        </w:rPr>
        <w:t>I. OPĆI RAZVOJNI KRITERIJI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744"/>
        <w:gridCol w:w="5760"/>
      </w:tblGrid>
      <w:tr w:rsidR="00CC1252" w14:paraId="678BB29F" w14:textId="77777777">
        <w:trPr>
          <w:jc w:val="center"/>
        </w:trPr>
        <w:tc>
          <w:tcPr>
            <w:tcW w:w="374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FB030F" w14:textId="77777777" w:rsidR="00CC1252" w:rsidRDefault="00000000">
            <w:r>
              <w:rPr>
                <w:b/>
                <w:color w:val="FFFFFF"/>
                <w:sz w:val="18"/>
              </w:rPr>
              <w:t>KRITERIJ</w:t>
            </w:r>
          </w:p>
        </w:tc>
        <w:tc>
          <w:tcPr>
            <w:tcW w:w="57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B10EA6" w14:textId="77777777" w:rsidR="00CC1252" w:rsidRDefault="00000000">
            <w:r>
              <w:rPr>
                <w:b/>
                <w:color w:val="FFFFFF"/>
                <w:sz w:val="18"/>
              </w:rPr>
              <w:t>SVOJERUČNI OPIS I ARGUMENTACIJA UDRUGE (obrazložiti potrebe i razloge)</w:t>
            </w:r>
          </w:p>
        </w:tc>
      </w:tr>
      <w:tr w:rsidR="00CC1252" w14:paraId="4D90C482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506011" w14:textId="77777777" w:rsidR="00CC1252" w:rsidRDefault="00000000">
            <w:r>
              <w:rPr>
                <w:sz w:val="18"/>
              </w:rPr>
              <w:t>Slaba medijska popraćenost sporta</w:t>
            </w:r>
          </w:p>
        </w:tc>
        <w:tc>
          <w:tcPr>
            <w:tcW w:w="57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825201" w14:textId="77777777" w:rsidR="00CC1252" w:rsidRDefault="00000000">
            <w:r>
              <w:rPr>
                <w:sz w:val="18"/>
              </w:rPr>
              <w:t>Opisati razinu medijske prisutnosti u lokalnim i nacionalnim medijima te specifične izazove vidljivosti.</w:t>
            </w:r>
          </w:p>
        </w:tc>
      </w:tr>
      <w:tr w:rsidR="00CC1252" w14:paraId="162DFF35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CF8864" w14:textId="77777777" w:rsidR="00CC1252" w:rsidRDefault="00000000">
            <w:r>
              <w:rPr>
                <w:sz w:val="18"/>
              </w:rPr>
              <w:t>Ograničene mogućnosti sponzoriranja i tržišnih prihoda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B04403" w14:textId="77777777" w:rsidR="00CC1252" w:rsidRDefault="00000000">
            <w:r>
              <w:rPr>
                <w:sz w:val="18"/>
              </w:rPr>
              <w:t>Obrazložiti specifične tržišne prepreke, potencijale za sponzorstva i razloge smanjenih vlastitih prihoda.</w:t>
            </w:r>
          </w:p>
        </w:tc>
      </w:tr>
      <w:tr w:rsidR="00CC1252" w14:paraId="561BFBBC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A45F1B" w14:textId="77777777" w:rsidR="00CC1252" w:rsidRDefault="00000000">
            <w:r>
              <w:rPr>
                <w:sz w:val="18"/>
              </w:rPr>
              <w:t>Visoki troškovi osnovne ili natjecateljske opreme</w:t>
            </w:r>
          </w:p>
        </w:tc>
        <w:tc>
          <w:tcPr>
            <w:tcW w:w="57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E17A42" w14:textId="77777777" w:rsidR="00CC1252" w:rsidRDefault="00000000">
            <w:r>
              <w:rPr>
                <w:sz w:val="18"/>
              </w:rPr>
              <w:t>Navesti pojedinačne i ukupne iznose/troškove nabave te održavanja specifične sportske opreme po sportašu.</w:t>
            </w:r>
          </w:p>
        </w:tc>
      </w:tr>
      <w:tr w:rsidR="00CC1252" w14:paraId="5273DC57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953943" w14:textId="77777777" w:rsidR="00CC1252" w:rsidRDefault="00000000">
            <w:r>
              <w:rPr>
                <w:sz w:val="18"/>
              </w:rPr>
              <w:t>Regionalni interes sporta, tradicijski i lokalni značaj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C26A47" w14:textId="77777777" w:rsidR="00CC1252" w:rsidRDefault="00000000">
            <w:r>
              <w:rPr>
                <w:sz w:val="18"/>
              </w:rPr>
              <w:t>Opisati povijesni, tradicijski i lokalni značaj sporta na području grada Rijeke i regije.</w:t>
            </w:r>
          </w:p>
        </w:tc>
      </w:tr>
      <w:tr w:rsidR="00CC1252" w14:paraId="4B463A43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D8D870" w14:textId="77777777" w:rsidR="00CC1252" w:rsidRDefault="00000000">
            <w:r>
              <w:rPr>
                <w:sz w:val="18"/>
              </w:rPr>
              <w:t>Mala zainteresiranost šire javnosti</w:t>
            </w:r>
          </w:p>
        </w:tc>
        <w:tc>
          <w:tcPr>
            <w:tcW w:w="57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F40A91" w14:textId="77777777" w:rsidR="00CC1252" w:rsidRDefault="00000000">
            <w:r>
              <w:rPr>
                <w:sz w:val="18"/>
              </w:rPr>
              <w:t>Opisati specifičnosti posjećenosti natjecanja i ograničenja u razvoju baze rekreativaca.</w:t>
            </w:r>
          </w:p>
        </w:tc>
      </w:tr>
    </w:tbl>
    <w:p w14:paraId="6035F128" w14:textId="77777777" w:rsidR="00CC1252" w:rsidRDefault="00000000">
      <w:pPr>
        <w:keepNext/>
        <w:spacing w:before="280" w:after="120"/>
      </w:pPr>
      <w:r>
        <w:rPr>
          <w:b/>
          <w:color w:val="1B365D"/>
          <w:sz w:val="22"/>
        </w:rPr>
        <w:t>II. SPECIFIČNI SPORTSKI KRITERIJI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744"/>
        <w:gridCol w:w="5760"/>
      </w:tblGrid>
      <w:tr w:rsidR="00CC1252" w14:paraId="127FFCEB" w14:textId="77777777">
        <w:trPr>
          <w:jc w:val="center"/>
        </w:trPr>
        <w:tc>
          <w:tcPr>
            <w:tcW w:w="374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717D0D" w14:textId="77777777" w:rsidR="00CC1252" w:rsidRDefault="00000000">
            <w:r>
              <w:rPr>
                <w:b/>
                <w:color w:val="FFFFFF"/>
                <w:sz w:val="18"/>
              </w:rPr>
              <w:t>KRITERIJ</w:t>
            </w:r>
          </w:p>
        </w:tc>
        <w:tc>
          <w:tcPr>
            <w:tcW w:w="57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D71650" w14:textId="77777777" w:rsidR="00CC1252" w:rsidRDefault="00000000">
            <w:r>
              <w:rPr>
                <w:b/>
                <w:color w:val="FFFFFF"/>
                <w:sz w:val="18"/>
              </w:rPr>
              <w:t>SVOJERUČNI OPIS I ARGUMENTACIJA UDRUGE (obrazložiti specifičnosti)</w:t>
            </w:r>
          </w:p>
        </w:tc>
      </w:tr>
      <w:tr w:rsidR="00CC1252" w14:paraId="2EDB9248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166E9B" w14:textId="77777777" w:rsidR="00CC1252" w:rsidRDefault="00000000">
            <w:r>
              <w:rPr>
                <w:sz w:val="18"/>
              </w:rPr>
              <w:t>Dobna specifičnost uključivanja djece</w:t>
            </w:r>
          </w:p>
        </w:tc>
        <w:tc>
          <w:tcPr>
            <w:tcW w:w="57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9E02BB" w14:textId="77777777" w:rsidR="00CC1252" w:rsidRDefault="00000000">
            <w:r>
              <w:rPr>
                <w:sz w:val="18"/>
              </w:rPr>
              <w:t>Opisati uzrast i duljinu razvojnog ciklusa te specifične zahtjeve do postizanja vrhunskih rezultata.</w:t>
            </w:r>
          </w:p>
        </w:tc>
      </w:tr>
      <w:tr w:rsidR="00CC1252" w14:paraId="0CFC9832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879F89" w14:textId="77777777" w:rsidR="00CC1252" w:rsidRDefault="00000000">
            <w:r>
              <w:rPr>
                <w:sz w:val="18"/>
              </w:rPr>
              <w:t>Mali broj natjecanja na lokalnoj/regionalnoj razini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001A45" w14:textId="77777777" w:rsidR="00CC1252" w:rsidRDefault="00000000">
            <w:r>
              <w:rPr>
                <w:sz w:val="18"/>
              </w:rPr>
              <w:t>Navesti točan broj i naziv kalendarskih natjecanja u regiji tijekom sezone.</w:t>
            </w:r>
          </w:p>
        </w:tc>
      </w:tr>
      <w:tr w:rsidR="00CC1252" w14:paraId="43F8DD23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676272" w14:textId="77777777" w:rsidR="00CC1252" w:rsidRDefault="00000000">
            <w:r>
              <w:rPr>
                <w:sz w:val="18"/>
              </w:rPr>
              <w:t>Obveza sudjelovanja na međunarodnim natjecanjima</w:t>
            </w:r>
          </w:p>
        </w:tc>
        <w:tc>
          <w:tcPr>
            <w:tcW w:w="57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3896AB" w14:textId="77777777" w:rsidR="00CC1252" w:rsidRDefault="00000000">
            <w:r>
              <w:rPr>
                <w:sz w:val="18"/>
              </w:rPr>
              <w:t>Opisati nužnost i razloge nastupa na međunarodnim natjecanjima radi sportskog napredovanja.</w:t>
            </w:r>
          </w:p>
        </w:tc>
      </w:tr>
      <w:tr w:rsidR="00CC1252" w14:paraId="76CC1AD0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485857" w14:textId="77777777" w:rsidR="00CC1252" w:rsidRDefault="00000000">
            <w:r>
              <w:rPr>
                <w:sz w:val="18"/>
              </w:rPr>
              <w:t>Visoki individualni trošak sportaša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71C62B" w14:textId="77777777" w:rsidR="00CC1252" w:rsidRDefault="00000000">
            <w:r>
              <w:rPr>
                <w:sz w:val="18"/>
              </w:rPr>
              <w:t>Procijeniti i obrazložiti godišnji financijski teret/iznos po sportašu i obitelji koji opterećuje klub.</w:t>
            </w:r>
          </w:p>
        </w:tc>
      </w:tr>
    </w:tbl>
    <w:p w14:paraId="0F2D8A70" w14:textId="77777777" w:rsidR="00CC1252" w:rsidRDefault="00000000">
      <w:pPr>
        <w:keepNext/>
        <w:spacing w:before="280" w:after="120"/>
      </w:pPr>
      <w:r>
        <w:rPr>
          <w:b/>
          <w:color w:val="1B365D"/>
          <w:sz w:val="22"/>
        </w:rPr>
        <w:lastRenderedPageBreak/>
        <w:t>III. REZULTATSKI KRITERIJI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744"/>
        <w:gridCol w:w="5760"/>
      </w:tblGrid>
      <w:tr w:rsidR="00CC1252" w14:paraId="193C0602" w14:textId="77777777">
        <w:trPr>
          <w:jc w:val="center"/>
        </w:trPr>
        <w:tc>
          <w:tcPr>
            <w:tcW w:w="374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249B50" w14:textId="77777777" w:rsidR="00CC1252" w:rsidRDefault="00000000">
            <w:r>
              <w:rPr>
                <w:b/>
                <w:color w:val="FFFFFF"/>
                <w:sz w:val="18"/>
              </w:rPr>
              <w:t>KRITERIJ</w:t>
            </w:r>
          </w:p>
        </w:tc>
        <w:tc>
          <w:tcPr>
            <w:tcW w:w="576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6747D8" w14:textId="77777777" w:rsidR="00CC1252" w:rsidRDefault="00000000">
            <w:r>
              <w:rPr>
                <w:b/>
                <w:color w:val="FFFFFF"/>
                <w:sz w:val="18"/>
              </w:rPr>
              <w:t>OSTVARENI REZULTATI I OBRAZLOŽENJE U PRETHODNE 2-3 GODINE (2024.-2026.)</w:t>
            </w:r>
          </w:p>
        </w:tc>
      </w:tr>
      <w:tr w:rsidR="00CC1252" w14:paraId="1BC74B72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BF3AB7" w14:textId="77777777" w:rsidR="00CC1252" w:rsidRDefault="00000000">
            <w:r>
              <w:rPr>
                <w:sz w:val="18"/>
              </w:rPr>
              <w:t>Plasmani na državnim prvenstvima</w:t>
            </w:r>
          </w:p>
        </w:tc>
        <w:tc>
          <w:tcPr>
            <w:tcW w:w="57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3C5CF6" w14:textId="77777777" w:rsidR="00CC1252" w:rsidRDefault="00000000">
            <w:r>
              <w:rPr>
                <w:sz w:val="18"/>
              </w:rPr>
              <w:t>Upisati najznačajnije pojedinačne i ekipne plasmane ostvarene na Prvenstvima Hrvatske.</w:t>
            </w:r>
          </w:p>
        </w:tc>
      </w:tr>
      <w:tr w:rsidR="00CC1252" w14:paraId="60559085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A6147A" w14:textId="77777777" w:rsidR="00CC1252" w:rsidRDefault="00000000">
            <w:r>
              <w:rPr>
                <w:sz w:val="18"/>
              </w:rPr>
              <w:t>Plasmani na međunarodnim natjecanjima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6C71C6" w14:textId="77777777" w:rsidR="00CC1252" w:rsidRDefault="00000000">
            <w:r>
              <w:rPr>
                <w:sz w:val="18"/>
              </w:rPr>
              <w:t>Upisati sudjelovanja, rezultate i plasmane na službenim međunarodnim natjecanjima.</w:t>
            </w:r>
          </w:p>
        </w:tc>
      </w:tr>
      <w:tr w:rsidR="00CC1252" w14:paraId="63F09B5D" w14:textId="77777777">
        <w:trPr>
          <w:jc w:val="center"/>
        </w:trPr>
        <w:tc>
          <w:tcPr>
            <w:tcW w:w="374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96251E" w14:textId="77777777" w:rsidR="00CC1252" w:rsidRDefault="00000000">
            <w:r>
              <w:rPr>
                <w:sz w:val="18"/>
              </w:rPr>
              <w:t>Kategorizirani sportaši (HOO/Nacionalni savez)</w:t>
            </w:r>
          </w:p>
        </w:tc>
        <w:tc>
          <w:tcPr>
            <w:tcW w:w="576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1AD1D5" w14:textId="77777777" w:rsidR="00CC1252" w:rsidRDefault="00000000">
            <w:r>
              <w:rPr>
                <w:sz w:val="18"/>
              </w:rPr>
              <w:t>Popis kategoriziranih sportaša (I.-VI. kat.) u prethodnoj (2026.) godini s nazivom rješenja HOO-a.</w:t>
            </w:r>
          </w:p>
        </w:tc>
      </w:tr>
      <w:tr w:rsidR="00CC1252" w14:paraId="6B58E8D9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852776" w14:textId="77777777" w:rsidR="00CC1252" w:rsidRDefault="00000000">
            <w:r>
              <w:rPr>
                <w:sz w:val="18"/>
              </w:rPr>
              <w:t>Kontinuitet sportskih rezultata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47AA31" w14:textId="77777777" w:rsidR="00CC1252" w:rsidRDefault="00000000">
            <w:r>
              <w:rPr>
                <w:sz w:val="18"/>
              </w:rPr>
              <w:t>Obrazložiti kontinuitet ostvarivanja sportskih rezultata u razdoblju od 2024. do 2026. godine.</w:t>
            </w:r>
          </w:p>
        </w:tc>
      </w:tr>
    </w:tbl>
    <w:p w14:paraId="4CE9BEDF" w14:textId="77777777" w:rsidR="00CC1252" w:rsidRDefault="00000000">
      <w:pPr>
        <w:keepNext/>
        <w:spacing w:before="280" w:after="120"/>
      </w:pPr>
      <w:r>
        <w:rPr>
          <w:b/>
          <w:color w:val="1B365D"/>
          <w:sz w:val="22"/>
        </w:rPr>
        <w:t>IV. PLAN UTROŠKA SREDSTAVA POTPORE U 2027. GODINI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912"/>
        <w:gridCol w:w="2592"/>
      </w:tblGrid>
      <w:tr w:rsidR="00CC1252" w14:paraId="568DE23C" w14:textId="77777777">
        <w:trPr>
          <w:jc w:val="center"/>
        </w:trPr>
        <w:tc>
          <w:tcPr>
            <w:tcW w:w="691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C5C89" w14:textId="77777777" w:rsidR="00CC1252" w:rsidRDefault="00000000">
            <w:r>
              <w:rPr>
                <w:b/>
                <w:color w:val="FFFFFF"/>
                <w:sz w:val="18"/>
              </w:rPr>
              <w:t>PRIHVATLJIVA STAVKA TROŠKA (čl. 14. Pravilnika)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86C059" w14:textId="77777777" w:rsidR="00CC1252" w:rsidRDefault="00000000">
            <w:r>
              <w:rPr>
                <w:b/>
                <w:color w:val="FFFFFF"/>
                <w:sz w:val="18"/>
              </w:rPr>
              <w:t>PLANIRANI IZNOS (EUR)</w:t>
            </w:r>
          </w:p>
        </w:tc>
      </w:tr>
      <w:tr w:rsidR="00CC1252" w14:paraId="096706C0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2CF1B7" w14:textId="77777777" w:rsidR="00CC1252" w:rsidRDefault="00000000">
            <w:r>
              <w:rPr>
                <w:sz w:val="18"/>
              </w:rPr>
              <w:t>Bazični uvjeti rada (najam prostora/objekata, oprema)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41ABC3" w14:textId="77777777" w:rsidR="00CC1252" w:rsidRDefault="00CC1252"/>
        </w:tc>
      </w:tr>
      <w:tr w:rsidR="00CC1252" w14:paraId="600DBC19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7A9BFD" w14:textId="77777777" w:rsidR="00CC1252" w:rsidRDefault="00000000">
            <w:r>
              <w:rPr>
                <w:sz w:val="18"/>
              </w:rPr>
              <w:t>Stručni rad (naknade trenerima i stručnom kadru)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BF1823" w14:textId="77777777" w:rsidR="00CC1252" w:rsidRDefault="00CC1252"/>
        </w:tc>
      </w:tr>
      <w:tr w:rsidR="00CC1252" w14:paraId="0A09B706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F5EC91" w14:textId="77777777" w:rsidR="00CC1252" w:rsidRDefault="00000000">
            <w:r>
              <w:rPr>
                <w:sz w:val="18"/>
              </w:rPr>
              <w:t>Troškovi natjecanja (kotizacije, putni troškovi, smještaj)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813637" w14:textId="77777777" w:rsidR="00CC1252" w:rsidRDefault="00CC1252"/>
        </w:tc>
      </w:tr>
      <w:tr w:rsidR="00CC1252" w14:paraId="0744DBF3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F08E5" w14:textId="77777777" w:rsidR="00CC1252" w:rsidRDefault="00000000">
            <w:r>
              <w:rPr>
                <w:sz w:val="18"/>
              </w:rPr>
              <w:t>Troškovi nabave i održavanja specifične sportske opreme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C4F703" w14:textId="77777777" w:rsidR="00CC1252" w:rsidRDefault="00CC1252"/>
        </w:tc>
      </w:tr>
      <w:tr w:rsidR="00CC1252" w14:paraId="09E66C61" w14:textId="77777777">
        <w:trPr>
          <w:jc w:val="center"/>
        </w:trPr>
        <w:tc>
          <w:tcPr>
            <w:tcW w:w="691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B6B30B" w14:textId="77777777" w:rsidR="00CC1252" w:rsidRDefault="00000000">
            <w:r>
              <w:rPr>
                <w:b/>
                <w:sz w:val="18"/>
              </w:rPr>
              <w:t>UKUPNO PLANIRANO: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FFAEEC" w14:textId="77777777" w:rsidR="00CC1252" w:rsidRDefault="00CC1252"/>
        </w:tc>
      </w:tr>
    </w:tbl>
    <w:p w14:paraId="67D87424" w14:textId="77777777" w:rsidR="00CC1252" w:rsidRDefault="00000000">
      <w:pPr>
        <w:spacing w:before="280"/>
      </w:pPr>
      <w:r>
        <w:t>Potpisom ovog dokumenta, kao ovlaštena osoba udruge u skladu sa Statutom udruge i svim zakonskim odredbama Republike Hrvatske, pod punom odgovornošću potvrđujem da su svi podaci navedeni u obrascima točni, a priložena dokumentacija vjerodostojna. Potvrđujem da udruga ne pripada 1. kategoriji sportova prema službenoj kategorizaciji RSS-a te da ostvaruje uvjete sukladno Pravilniku.</w:t>
      </w:r>
    </w:p>
    <w:p w14:paraId="75EC7E0A" w14:textId="77777777" w:rsidR="00CC1252" w:rsidRDefault="00000000">
      <w:pPr>
        <w:spacing w:after="80"/>
      </w:pPr>
      <w:r>
        <w:t>Ime i prezime ovlaštene osobe: ______________________________________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</w:p>
    <w:p w14:paraId="0CAC343B" w14:textId="77777777" w:rsidR="00CC1252" w:rsidRDefault="00000000">
      <w:pPr>
        <w:spacing w:before="280" w:after="80"/>
      </w:pPr>
      <w:r>
        <w:rPr>
          <w:b/>
        </w:rPr>
        <w:t>Ispunjava Stručna komisija / Riječki sportski savez:</w:t>
      </w:r>
      <w:r>
        <w:rPr>
          <w:b/>
        </w:rPr>
        <w:br/>
      </w:r>
      <w:r>
        <w:t>Datum primitka programa: ____________________</w:t>
      </w:r>
      <w:r>
        <w:tab/>
      </w:r>
      <w:r>
        <w:tab/>
        <w:t>Dodijeljeno bodova: ________</w:t>
      </w:r>
    </w:p>
    <w:p w14:paraId="455C72CE" w14:textId="77777777" w:rsidR="00CC1252" w:rsidRDefault="00000000">
      <w:pPr>
        <w:spacing w:before="80" w:after="120"/>
      </w:pPr>
      <w:r>
        <w:rPr>
          <w:i/>
          <w:color w:val="646464"/>
          <w:sz w:val="17"/>
        </w:rPr>
        <w:t>* Po prijemu obrazaca stručne službe Riječkog sportskog saveza obavijestit će prijavitelje programa o eventualnim nedostacima podnijete prijave.</w:t>
      </w:r>
    </w:p>
    <w:sectPr w:rsidR="00CC1252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5417353">
    <w:abstractNumId w:val="8"/>
  </w:num>
  <w:num w:numId="2" w16cid:durableId="491264649">
    <w:abstractNumId w:val="6"/>
  </w:num>
  <w:num w:numId="3" w16cid:durableId="1465460895">
    <w:abstractNumId w:val="5"/>
  </w:num>
  <w:num w:numId="4" w16cid:durableId="892303859">
    <w:abstractNumId w:val="4"/>
  </w:num>
  <w:num w:numId="5" w16cid:durableId="108159618">
    <w:abstractNumId w:val="7"/>
  </w:num>
  <w:num w:numId="6" w16cid:durableId="769355889">
    <w:abstractNumId w:val="3"/>
  </w:num>
  <w:num w:numId="7" w16cid:durableId="937560931">
    <w:abstractNumId w:val="2"/>
  </w:num>
  <w:num w:numId="8" w16cid:durableId="284393308">
    <w:abstractNumId w:val="1"/>
  </w:num>
  <w:num w:numId="9" w16cid:durableId="47522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F3046"/>
    <w:rsid w:val="007B27DD"/>
    <w:rsid w:val="00AA1D8D"/>
    <w:rsid w:val="00B47730"/>
    <w:rsid w:val="00CB0664"/>
    <w:rsid w:val="00CC12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B352E"/>
  <w14:defaultImageDpi w14:val="300"/>
  <w15:docId w15:val="{2F777B19-6D96-4CE7-8369-311F390F3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2</cp:revision>
  <dcterms:created xsi:type="dcterms:W3CDTF">2026-09-03T10:51:00Z</dcterms:created>
  <dcterms:modified xsi:type="dcterms:W3CDTF">2026-09-03T10:51:00Z</dcterms:modified>
  <cp:category/>
</cp:coreProperties>
</file>