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A9FF8" w14:textId="3D7ABBCE" w:rsidR="001E2007" w:rsidRDefault="00000000">
      <w:pPr>
        <w:spacing w:after="40"/>
        <w:jc w:val="center"/>
      </w:pPr>
      <w:r>
        <w:rPr>
          <w:b/>
          <w:color w:val="1B365D"/>
          <w:sz w:val="26"/>
        </w:rPr>
        <w:t xml:space="preserve">PROGRAM </w:t>
      </w:r>
      <w:r w:rsidR="004B56A7">
        <w:rPr>
          <w:b/>
          <w:color w:val="1B365D"/>
          <w:sz w:val="26"/>
        </w:rPr>
        <w:t>A</w:t>
      </w:r>
      <w:r>
        <w:rPr>
          <w:b/>
          <w:color w:val="1B365D"/>
          <w:sz w:val="26"/>
        </w:rPr>
        <w:t xml:space="preserve"> - KORIŠTENJE SPORTSKIH OBJEKATA</w:t>
      </w:r>
      <w:r w:rsidR="00BE3238">
        <w:rPr>
          <w:b/>
          <w:color w:val="1B365D"/>
          <w:sz w:val="26"/>
        </w:rPr>
        <w:t xml:space="preserve"> U “ŠIREM SMISLU”</w:t>
      </w:r>
      <w:r>
        <w:rPr>
          <w:b/>
          <w:color w:val="1B365D"/>
          <w:sz w:val="26"/>
        </w:rPr>
        <w:t xml:space="preserve"> U 2027.</w:t>
      </w:r>
    </w:p>
    <w:p w14:paraId="40E7D851" w14:textId="77777777" w:rsidR="001E2007" w:rsidRDefault="00000000">
      <w:pPr>
        <w:jc w:val="center"/>
      </w:pPr>
      <w:r>
        <w:rPr>
          <w:b/>
          <w:color w:val="1B365D"/>
          <w:sz w:val="22"/>
        </w:rPr>
        <w:t>OBRAZAC KSO-Š</w:t>
      </w:r>
      <w:r>
        <w:rPr>
          <w:b/>
          <w:color w:val="1B365D"/>
          <w:sz w:val="22"/>
        </w:rPr>
        <w:br/>
        <w:t>KORIŠTENJE SPORTSKIH OBJEKATA U "ŠIREM" SMISLU U 2027. GODINI</w:t>
      </w:r>
    </w:p>
    <w:p w14:paraId="1962727F" w14:textId="77777777" w:rsidR="001E2007" w:rsidRDefault="00000000">
      <w:pPr>
        <w:spacing w:after="240"/>
      </w:pPr>
      <w:r>
        <w:rPr>
          <w:b/>
          <w:color w:val="1B365D"/>
        </w:rPr>
        <w:t xml:space="preserve">PREDLAGAČ PROGRAMA: </w:t>
      </w:r>
      <w:r>
        <w:t>____________________________________________________</w:t>
      </w:r>
      <w:r>
        <w:br/>
      </w:r>
      <w:r>
        <w:br/>
      </w:r>
      <w:r>
        <w:rPr>
          <w:b/>
          <w:color w:val="1B365D"/>
        </w:rPr>
        <w:t xml:space="preserve">SPORT / SPORTSKA DISCIPLINA: </w:t>
      </w:r>
      <w:r>
        <w:t>____________________________________________________</w:t>
      </w:r>
    </w:p>
    <w:p w14:paraId="70CF2828" w14:textId="77777777" w:rsidR="001E2007" w:rsidRDefault="00000000">
      <w:pPr>
        <w:keepNext/>
        <w:spacing w:before="280" w:after="120"/>
      </w:pPr>
      <w:r>
        <w:rPr>
          <w:b/>
          <w:color w:val="1B365D"/>
          <w:sz w:val="22"/>
        </w:rPr>
        <w:t>I. KRITERIJI ZA KORIŠTENJE SPORTSKIH OBJEKATA U "ŠIREM" SMISLU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716"/>
        <w:gridCol w:w="3551"/>
        <w:gridCol w:w="1860"/>
        <w:gridCol w:w="3468"/>
      </w:tblGrid>
      <w:tr w:rsidR="001E2007" w14:paraId="780BF62B" w14:textId="77777777">
        <w:trPr>
          <w:jc w:val="center"/>
        </w:trPr>
        <w:tc>
          <w:tcPr>
            <w:tcW w:w="7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44854F" w14:textId="77777777" w:rsidR="001E2007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360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BB0E6E" w14:textId="77777777" w:rsidR="001E2007" w:rsidRDefault="00000000">
            <w:r>
              <w:rPr>
                <w:b/>
                <w:color w:val="FFFFFF"/>
                <w:sz w:val="18"/>
              </w:rPr>
              <w:t>KRITERIJ ZA SUDJELOVANJE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254690" w14:textId="77777777" w:rsidR="001E2007" w:rsidRDefault="00000000">
            <w:r>
              <w:rPr>
                <w:b/>
                <w:color w:val="FFFFFF"/>
                <w:sz w:val="18"/>
              </w:rPr>
              <w:t>ISPUNJAVANJE UVJETA</w:t>
            </w:r>
          </w:p>
        </w:tc>
        <w:tc>
          <w:tcPr>
            <w:tcW w:w="331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10C96C" w14:textId="77777777" w:rsidR="001E2007" w:rsidRDefault="00000000">
            <w:r>
              <w:rPr>
                <w:b/>
                <w:color w:val="FFFFFF"/>
                <w:sz w:val="18"/>
              </w:rPr>
              <w:t>PODACI / OBRAZLOŽENJE UDRUGE</w:t>
            </w:r>
          </w:p>
        </w:tc>
      </w:tr>
      <w:tr w:rsidR="001E2007" w14:paraId="78ED2B7A" w14:textId="77777777">
        <w:trPr>
          <w:jc w:val="center"/>
        </w:trPr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EFC9D3" w14:textId="77777777" w:rsidR="001E2007" w:rsidRDefault="00000000">
            <w:r>
              <w:rPr>
                <w:sz w:val="18"/>
              </w:rPr>
              <w:t>1.</w:t>
            </w:r>
          </w:p>
        </w:tc>
        <w:tc>
          <w:tcPr>
            <w:tcW w:w="360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1EADBE" w14:textId="77777777" w:rsidR="001E2007" w:rsidRDefault="00000000">
            <w:r>
              <w:rPr>
                <w:sz w:val="18"/>
              </w:rPr>
              <w:t>Članstvo u Riječkom sportskom savezu najmanje dvije godine</w:t>
            </w:r>
          </w:p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FC493B" w14:textId="77777777" w:rsidR="001E2007" w:rsidRDefault="00000000">
            <w:r>
              <w:rPr>
                <w:sz w:val="18"/>
              </w:rPr>
              <w:t>Da  /  Ne</w:t>
            </w:r>
          </w:p>
        </w:tc>
        <w:tc>
          <w:tcPr>
            <w:tcW w:w="33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925C56" w14:textId="77777777" w:rsidR="001E2007" w:rsidRDefault="00000000">
            <w:r>
              <w:rPr>
                <w:sz w:val="18"/>
              </w:rPr>
              <w:t>Datum upisa u RSS: __________________</w:t>
            </w:r>
          </w:p>
        </w:tc>
      </w:tr>
      <w:tr w:rsidR="001E2007" w14:paraId="4FBD66DB" w14:textId="77777777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A9D82A" w14:textId="77777777" w:rsidR="001E2007" w:rsidRDefault="00000000">
            <w:r>
              <w:rPr>
                <w:sz w:val="18"/>
              </w:rPr>
              <w:t>2.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D68C04" w14:textId="77777777" w:rsidR="001E2007" w:rsidRDefault="00000000">
            <w:r>
              <w:rPr>
                <w:sz w:val="18"/>
              </w:rPr>
              <w:t>Broj registriranih sportaša kod matičnog saveza u godini raspodjele</w:t>
            </w:r>
            <w:r>
              <w:rPr>
                <w:sz w:val="18"/>
              </w:rPr>
              <w:br/>
              <w:t>(Min. 5 za pojedinačne / Min. 12 za ekipne sportove)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C6373E" w14:textId="77777777" w:rsidR="001E2007" w:rsidRDefault="00000000">
            <w:r>
              <w:rPr>
                <w:sz w:val="18"/>
              </w:rPr>
              <w:t>Da  /  Ne</w:t>
            </w:r>
          </w:p>
        </w:tc>
        <w:tc>
          <w:tcPr>
            <w:tcW w:w="33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420B6F" w14:textId="77777777" w:rsidR="001E2007" w:rsidRDefault="00000000">
            <w:r>
              <w:rPr>
                <w:sz w:val="18"/>
              </w:rPr>
              <w:t>Ukupno registriranih sportaša: _______</w:t>
            </w:r>
            <w:r>
              <w:rPr>
                <w:sz w:val="18"/>
              </w:rPr>
              <w:br/>
              <w:t>(Pojedinačni / Ekipni sport)</w:t>
            </w:r>
          </w:p>
        </w:tc>
      </w:tr>
      <w:tr w:rsidR="001E2007" w14:paraId="1284FF3F" w14:textId="77777777">
        <w:trPr>
          <w:jc w:val="center"/>
        </w:trPr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1FCEFA" w14:textId="77777777" w:rsidR="001E2007" w:rsidRDefault="00000000">
            <w:r>
              <w:rPr>
                <w:sz w:val="18"/>
              </w:rPr>
              <w:t>3.</w:t>
            </w:r>
          </w:p>
        </w:tc>
        <w:tc>
          <w:tcPr>
            <w:tcW w:w="360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542A7B" w14:textId="77777777" w:rsidR="001E2007" w:rsidRDefault="00000000">
            <w:r>
              <w:rPr>
                <w:sz w:val="18"/>
              </w:rPr>
              <w:t>Natjecanje u lokalnoj i/ili državnoj ligi</w:t>
            </w:r>
          </w:p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EE8C78" w14:textId="77777777" w:rsidR="001E2007" w:rsidRDefault="00000000">
            <w:r>
              <w:rPr>
                <w:sz w:val="18"/>
              </w:rPr>
              <w:t>Da  /  Ne</w:t>
            </w:r>
          </w:p>
        </w:tc>
        <w:tc>
          <w:tcPr>
            <w:tcW w:w="33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8FC4FD" w14:textId="77777777" w:rsidR="001E2007" w:rsidRDefault="00000000">
            <w:r>
              <w:rPr>
                <w:sz w:val="18"/>
              </w:rPr>
              <w:t>Naziv lige / rang natjecanja:</w:t>
            </w:r>
            <w:r>
              <w:rPr>
                <w:sz w:val="18"/>
              </w:rPr>
              <w:br/>
              <w:t>____________________________________</w:t>
            </w:r>
          </w:p>
        </w:tc>
      </w:tr>
      <w:tr w:rsidR="001E2007" w14:paraId="14D87467" w14:textId="77777777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40C57E" w14:textId="77777777" w:rsidR="001E2007" w:rsidRDefault="00000000">
            <w:r>
              <w:rPr>
                <w:sz w:val="18"/>
              </w:rPr>
              <w:t>4.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E52FB1" w14:textId="77777777" w:rsidR="001E2007" w:rsidRDefault="00000000">
            <w:r>
              <w:rPr>
                <w:sz w:val="18"/>
              </w:rPr>
              <w:t>Članstvo u višim stupnjevima organiziranja (gradski, županijski ili nacionalni savez / HOO)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6366A1" w14:textId="77777777" w:rsidR="001E2007" w:rsidRDefault="00000000">
            <w:r>
              <w:rPr>
                <w:sz w:val="18"/>
              </w:rPr>
              <w:t>Da  /  Ne</w:t>
            </w:r>
          </w:p>
        </w:tc>
        <w:tc>
          <w:tcPr>
            <w:tcW w:w="33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64F359" w14:textId="77777777" w:rsidR="001E2007" w:rsidRDefault="00000000">
            <w:r>
              <w:rPr>
                <w:sz w:val="18"/>
              </w:rPr>
              <w:t>Naziv saveza u koji je udruga učlanjena:</w:t>
            </w:r>
            <w:r>
              <w:rPr>
                <w:sz w:val="18"/>
              </w:rPr>
              <w:br/>
              <w:t>____________________________________</w:t>
            </w:r>
          </w:p>
        </w:tc>
      </w:tr>
      <w:tr w:rsidR="001E2007" w14:paraId="5666ED33" w14:textId="77777777">
        <w:trPr>
          <w:jc w:val="center"/>
        </w:trPr>
        <w:tc>
          <w:tcPr>
            <w:tcW w:w="7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F64971" w14:textId="77777777" w:rsidR="001E2007" w:rsidRDefault="00000000">
            <w:r>
              <w:rPr>
                <w:sz w:val="18"/>
              </w:rPr>
              <w:t>5.</w:t>
            </w:r>
          </w:p>
        </w:tc>
        <w:tc>
          <w:tcPr>
            <w:tcW w:w="360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6C4C77" w14:textId="77777777" w:rsidR="001E2007" w:rsidRDefault="00000000">
            <w:r>
              <w:rPr>
                <w:sz w:val="18"/>
              </w:rPr>
              <w:t>Uredno podmirene obveze prema Državnom proračunu i Proračunu Grada Rijeke te uredno financijsko poslovanje (Zakon o udrugama i Zakon o financijskom poslovanju neprofitnih organizacija)</w:t>
            </w:r>
          </w:p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BE57F5" w14:textId="77777777" w:rsidR="001E2007" w:rsidRDefault="00000000">
            <w:r>
              <w:rPr>
                <w:sz w:val="18"/>
              </w:rPr>
              <w:t>Da  /  Ne</w:t>
            </w:r>
          </w:p>
        </w:tc>
        <w:tc>
          <w:tcPr>
            <w:tcW w:w="33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412CF7" w14:textId="77777777" w:rsidR="001E2007" w:rsidRDefault="00000000">
            <w:r>
              <w:rPr>
                <w:sz w:val="18"/>
              </w:rPr>
              <w:t>Udruga nema nepodmirenih dugovanja te redovito predaje financijska izvješća.</w:t>
            </w:r>
          </w:p>
        </w:tc>
      </w:tr>
      <w:tr w:rsidR="001E2007" w14:paraId="6E3F12BB" w14:textId="77777777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A6A5D4" w14:textId="77777777" w:rsidR="001E2007" w:rsidRDefault="00000000">
            <w:r>
              <w:rPr>
                <w:sz w:val="18"/>
              </w:rPr>
              <w:t>6.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3489DD" w14:textId="77777777" w:rsidR="001E2007" w:rsidRDefault="00000000">
            <w:r>
              <w:rPr>
                <w:sz w:val="18"/>
              </w:rPr>
              <w:t>Nova sportska disciplina/grana od interesa za Grad Rijeku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99A093" w14:textId="77777777" w:rsidR="001E2007" w:rsidRDefault="00000000">
            <w:r>
              <w:rPr>
                <w:sz w:val="18"/>
              </w:rPr>
              <w:t>Da  /  Ne</w:t>
            </w:r>
          </w:p>
        </w:tc>
        <w:tc>
          <w:tcPr>
            <w:tcW w:w="33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B21791" w14:textId="77777777" w:rsidR="001E2007" w:rsidRDefault="00000000">
            <w:r>
              <w:rPr>
                <w:sz w:val="18"/>
              </w:rPr>
              <w:t>Obrazložiti interes i specifičnost nove sportske grane za lokalnu zajednicu:</w:t>
            </w:r>
            <w:r>
              <w:rPr>
                <w:sz w:val="18"/>
              </w:rPr>
              <w:br/>
              <w:t>____________________________________</w:t>
            </w:r>
          </w:p>
        </w:tc>
      </w:tr>
    </w:tbl>
    <w:p w14:paraId="04BE6FEC" w14:textId="77777777" w:rsidR="001E2007" w:rsidRDefault="00000000">
      <w:pPr>
        <w:keepNext/>
        <w:spacing w:before="280" w:after="120"/>
      </w:pPr>
      <w:r>
        <w:rPr>
          <w:b/>
          <w:color w:val="1B365D"/>
          <w:sz w:val="22"/>
        </w:rPr>
        <w:t>II. PLAN I ZAHTJEV ZA KORIŠTENJE SPORTSKIH OBJEKATA U 2027. GODINI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1152"/>
        <w:gridCol w:w="2592"/>
        <w:gridCol w:w="2016"/>
        <w:gridCol w:w="1872"/>
        <w:gridCol w:w="1872"/>
      </w:tblGrid>
      <w:tr w:rsidR="001E2007" w14:paraId="49460C3A" w14:textId="77777777">
        <w:trPr>
          <w:jc w:val="center"/>
        </w:trPr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D85813" w14:textId="77777777" w:rsidR="001E2007" w:rsidRDefault="00000000">
            <w:r>
              <w:rPr>
                <w:b/>
                <w:color w:val="FFFFFF"/>
                <w:sz w:val="18"/>
              </w:rPr>
              <w:t>DAN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B7923D" w14:textId="77777777" w:rsidR="001E2007" w:rsidRDefault="00000000">
            <w:r>
              <w:rPr>
                <w:b/>
                <w:color w:val="FFFFFF"/>
                <w:sz w:val="18"/>
              </w:rPr>
              <w:t>TRAŽENI OBJEKT</w:t>
            </w:r>
          </w:p>
        </w:tc>
        <w:tc>
          <w:tcPr>
            <w:tcW w:w="201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7216FD" w14:textId="77777777" w:rsidR="001E2007" w:rsidRDefault="00000000">
            <w:r>
              <w:rPr>
                <w:b/>
                <w:color w:val="FFFFFF"/>
                <w:sz w:val="18"/>
              </w:rPr>
              <w:t>DOBNA KATEGORIJA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E89FCE" w14:textId="77777777" w:rsidR="001E2007" w:rsidRDefault="00000000">
            <w:r>
              <w:rPr>
                <w:b/>
                <w:color w:val="FFFFFF"/>
                <w:sz w:val="18"/>
              </w:rPr>
              <w:t>PRIJEPODNEVNI TERMIN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478F01" w14:textId="77777777" w:rsidR="001E2007" w:rsidRDefault="00000000">
            <w:r>
              <w:rPr>
                <w:b/>
                <w:color w:val="FFFFFF"/>
                <w:sz w:val="18"/>
              </w:rPr>
              <w:t>POSLIJEPODNEVNI TERMIN</w:t>
            </w:r>
          </w:p>
        </w:tc>
      </w:tr>
      <w:tr w:rsidR="001E2007" w14:paraId="50BEFED1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4FF872" w14:textId="77777777" w:rsidR="001E2007" w:rsidRDefault="00000000">
            <w:r>
              <w:rPr>
                <w:sz w:val="18"/>
              </w:rPr>
              <w:t>PON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FAEC0E" w14:textId="77777777" w:rsidR="001E2007" w:rsidRDefault="001E2007"/>
        </w:tc>
        <w:tc>
          <w:tcPr>
            <w:tcW w:w="201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3EA93C" w14:textId="77777777" w:rsidR="001E2007" w:rsidRDefault="001E2007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EF159A" w14:textId="77777777" w:rsidR="001E2007" w:rsidRDefault="001E2007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1C6E45" w14:textId="77777777" w:rsidR="001E2007" w:rsidRDefault="001E2007"/>
        </w:tc>
      </w:tr>
      <w:tr w:rsidR="001E2007" w14:paraId="2A8B2C29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428924" w14:textId="77777777" w:rsidR="001E2007" w:rsidRDefault="00000000">
            <w:r>
              <w:rPr>
                <w:sz w:val="18"/>
              </w:rPr>
              <w:t>UTO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941586" w14:textId="77777777" w:rsidR="001E2007" w:rsidRDefault="001E2007"/>
        </w:tc>
        <w:tc>
          <w:tcPr>
            <w:tcW w:w="201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0AA1A7" w14:textId="77777777" w:rsidR="001E2007" w:rsidRDefault="001E2007"/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E853C5" w14:textId="77777777" w:rsidR="001E2007" w:rsidRDefault="001E2007"/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E266B7" w14:textId="77777777" w:rsidR="001E2007" w:rsidRDefault="001E2007"/>
        </w:tc>
      </w:tr>
      <w:tr w:rsidR="001E2007" w14:paraId="7B1B7168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29E4C8" w14:textId="77777777" w:rsidR="001E2007" w:rsidRDefault="00000000">
            <w:r>
              <w:rPr>
                <w:sz w:val="18"/>
              </w:rPr>
              <w:lastRenderedPageBreak/>
              <w:t>SRI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3A95DD" w14:textId="77777777" w:rsidR="001E2007" w:rsidRDefault="001E2007"/>
        </w:tc>
        <w:tc>
          <w:tcPr>
            <w:tcW w:w="201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940484" w14:textId="77777777" w:rsidR="001E2007" w:rsidRDefault="001E2007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7E35DC" w14:textId="77777777" w:rsidR="001E2007" w:rsidRDefault="001E2007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E52725" w14:textId="77777777" w:rsidR="001E2007" w:rsidRDefault="001E2007"/>
        </w:tc>
      </w:tr>
      <w:tr w:rsidR="001E2007" w14:paraId="408FE229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DAA11C" w14:textId="77777777" w:rsidR="001E2007" w:rsidRDefault="00000000">
            <w:r>
              <w:rPr>
                <w:sz w:val="18"/>
              </w:rPr>
              <w:t>ČET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639299" w14:textId="77777777" w:rsidR="001E2007" w:rsidRDefault="001E2007"/>
        </w:tc>
        <w:tc>
          <w:tcPr>
            <w:tcW w:w="201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FBF935" w14:textId="77777777" w:rsidR="001E2007" w:rsidRDefault="001E2007"/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944962" w14:textId="77777777" w:rsidR="001E2007" w:rsidRDefault="001E2007"/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D01A5A" w14:textId="77777777" w:rsidR="001E2007" w:rsidRDefault="001E2007"/>
        </w:tc>
      </w:tr>
      <w:tr w:rsidR="001E2007" w14:paraId="5E1EA518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E41549" w14:textId="77777777" w:rsidR="001E2007" w:rsidRDefault="00000000">
            <w:r>
              <w:rPr>
                <w:sz w:val="18"/>
              </w:rPr>
              <w:t>PET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117BEB" w14:textId="77777777" w:rsidR="001E2007" w:rsidRDefault="001E2007"/>
        </w:tc>
        <w:tc>
          <w:tcPr>
            <w:tcW w:w="201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CBBD82" w14:textId="77777777" w:rsidR="001E2007" w:rsidRDefault="001E2007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322DF2" w14:textId="77777777" w:rsidR="001E2007" w:rsidRDefault="001E2007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19715D" w14:textId="77777777" w:rsidR="001E2007" w:rsidRDefault="001E2007"/>
        </w:tc>
      </w:tr>
      <w:tr w:rsidR="001E2007" w14:paraId="1FC3D7C7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B07F48" w14:textId="77777777" w:rsidR="001E2007" w:rsidRDefault="00000000">
            <w:r>
              <w:rPr>
                <w:sz w:val="18"/>
              </w:rPr>
              <w:t>SUB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0FC6C6" w14:textId="77777777" w:rsidR="001E2007" w:rsidRDefault="001E2007"/>
        </w:tc>
        <w:tc>
          <w:tcPr>
            <w:tcW w:w="201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4956B3" w14:textId="77777777" w:rsidR="001E2007" w:rsidRDefault="001E2007"/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8FD06A" w14:textId="77777777" w:rsidR="001E2007" w:rsidRDefault="001E2007"/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3B65F9" w14:textId="77777777" w:rsidR="001E2007" w:rsidRDefault="001E2007"/>
        </w:tc>
      </w:tr>
      <w:tr w:rsidR="001E2007" w14:paraId="4DCDEB68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39AA5C" w14:textId="77777777" w:rsidR="001E2007" w:rsidRDefault="00000000">
            <w:r>
              <w:rPr>
                <w:sz w:val="18"/>
              </w:rPr>
              <w:t>NED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4966AF" w14:textId="77777777" w:rsidR="001E2007" w:rsidRDefault="001E2007"/>
        </w:tc>
        <w:tc>
          <w:tcPr>
            <w:tcW w:w="201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F52A8E" w14:textId="77777777" w:rsidR="001E2007" w:rsidRDefault="001E2007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6E6167" w14:textId="77777777" w:rsidR="001E2007" w:rsidRDefault="001E2007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9B81C3" w14:textId="77777777" w:rsidR="001E2007" w:rsidRDefault="001E2007"/>
        </w:tc>
      </w:tr>
    </w:tbl>
    <w:p w14:paraId="6FCCDF40" w14:textId="77777777" w:rsidR="001E2007" w:rsidRDefault="00000000">
      <w:pPr>
        <w:spacing w:before="80" w:after="120"/>
      </w:pPr>
      <w:r>
        <w:rPr>
          <w:i/>
          <w:color w:val="646464"/>
          <w:sz w:val="17"/>
        </w:rPr>
        <w:t>* Upisati točan naziv objekta (dvorana, bazen, teren), dobnu kategoriju te željene termine (npr. 09:00-10:30 ili 18:00-19:30).</w:t>
      </w:r>
    </w:p>
    <w:p w14:paraId="219D9EBA" w14:textId="77777777" w:rsidR="001E2007" w:rsidRDefault="00000000">
      <w:pPr>
        <w:spacing w:before="280"/>
      </w:pPr>
      <w:r>
        <w:t>Potpisom ovog dokumenta, kao ovlaštena osoba udruge u skladu sa Statutom udruge i svim zakonskim odredbama Republike Hrvatske, pod punom odgovornošću potvrđujem da su svi podaci navedeni u obrascima točni, a priložena dokumentacija vjerodostojna.</w:t>
      </w:r>
    </w:p>
    <w:p w14:paraId="36DEFE71" w14:textId="77777777" w:rsidR="001E2007" w:rsidRDefault="00000000">
      <w:pPr>
        <w:spacing w:after="80"/>
      </w:pPr>
      <w:r>
        <w:t>Ime i prezime ovlaštene osobe: ______________________________________</w:t>
      </w:r>
      <w:r>
        <w:br/>
      </w:r>
      <w:r>
        <w:br/>
        <w:t>Vlastoručni potpis: ______________________________________</w:t>
      </w:r>
      <w:r>
        <w:br/>
      </w:r>
      <w:r>
        <w:br/>
        <w:t>Kontakt telefon ovlaštene osobe: ______________________________________</w:t>
      </w:r>
    </w:p>
    <w:p w14:paraId="23D409B9" w14:textId="5EF4A26E" w:rsidR="001E2007" w:rsidRDefault="00000000">
      <w:pPr>
        <w:keepNext/>
        <w:spacing w:before="280" w:after="120"/>
      </w:pPr>
      <w:r>
        <w:rPr>
          <w:b/>
          <w:color w:val="1B365D"/>
          <w:sz w:val="22"/>
        </w:rPr>
        <w:t>ISPUNJAVA RSS: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3168"/>
        <w:gridCol w:w="6336"/>
      </w:tblGrid>
      <w:tr w:rsidR="001E2007" w14:paraId="474E0810" w14:textId="77777777">
        <w:trPr>
          <w:jc w:val="center"/>
        </w:trPr>
        <w:tc>
          <w:tcPr>
            <w:tcW w:w="316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85BB6D" w14:textId="77777777" w:rsidR="001E2007" w:rsidRDefault="00000000">
            <w:r>
              <w:rPr>
                <w:b/>
                <w:color w:val="FFFFFF"/>
                <w:sz w:val="18"/>
              </w:rPr>
              <w:t>STATUS UVJETA</w:t>
            </w:r>
          </w:p>
        </w:tc>
        <w:tc>
          <w:tcPr>
            <w:tcW w:w="633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74076F" w14:textId="31E3E624" w:rsidR="001E2007" w:rsidRDefault="00000000">
            <w:r>
              <w:rPr>
                <w:b/>
                <w:color w:val="FFFFFF"/>
                <w:sz w:val="18"/>
              </w:rPr>
              <w:t>NALAZ</w:t>
            </w:r>
            <w:r w:rsidR="00642EAD">
              <w:rPr>
                <w:b/>
                <w:color w:val="FFFFFF"/>
                <w:sz w:val="18"/>
              </w:rPr>
              <w:t xml:space="preserve"> RSS</w:t>
            </w:r>
            <w:r>
              <w:rPr>
                <w:b/>
                <w:color w:val="FFFFFF"/>
                <w:sz w:val="18"/>
              </w:rPr>
              <w:t xml:space="preserve"> I PREPORUKA ZA KORIŠTENJE OBJEKATA</w:t>
            </w:r>
          </w:p>
        </w:tc>
      </w:tr>
      <w:tr w:rsidR="001E2007" w14:paraId="377DF1DB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982661" w14:textId="77777777" w:rsidR="001E2007" w:rsidRDefault="00000000">
            <w:r>
              <w:rPr>
                <w:sz w:val="18"/>
              </w:rPr>
              <w:t>Zadovoljava sve kriterije (točke 1. do 6.)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05258A" w14:textId="77777777" w:rsidR="001E2007" w:rsidRDefault="00000000">
            <w:r>
              <w:rPr>
                <w:sz w:val="18"/>
              </w:rPr>
              <w:t>[  ] Odobrava se 100% besplatno korištenje objekata bez naknade</w:t>
            </w:r>
          </w:p>
        </w:tc>
      </w:tr>
      <w:tr w:rsidR="001E2007" w14:paraId="7E0EDD59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B42669" w14:textId="77777777" w:rsidR="001E2007" w:rsidRDefault="00000000">
            <w:r>
              <w:rPr>
                <w:sz w:val="18"/>
              </w:rPr>
              <w:t>Ne zadovoljava točku 2. (broj registriranih sportaša), ostalo zadovoljava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3291C4" w14:textId="77777777" w:rsidR="001E2007" w:rsidRDefault="00000000">
            <w:r>
              <w:rPr>
                <w:sz w:val="18"/>
              </w:rPr>
              <w:t>[  ] Odobrava se djelomično korištenje bez naknade (40% komercijalna cijena, 60% bez naknade)</w:t>
            </w:r>
          </w:p>
        </w:tc>
      </w:tr>
      <w:tr w:rsidR="001E2007" w14:paraId="10B2BA0A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4E94AC" w14:textId="77777777" w:rsidR="001E2007" w:rsidRDefault="00000000">
            <w:r>
              <w:rPr>
                <w:sz w:val="18"/>
              </w:rPr>
              <w:t>Ne zadovoljava točke 2. i 3. (broj sportaša i natjecanje u ligi), ostalo zadovoljava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AA4F58" w14:textId="77777777" w:rsidR="001E2007" w:rsidRDefault="00000000">
            <w:r>
              <w:rPr>
                <w:sz w:val="18"/>
              </w:rPr>
              <w:t>[  ] Predlaže se uvrštavanje u Program sportske rekreacije</w:t>
            </w:r>
          </w:p>
        </w:tc>
      </w:tr>
      <w:tr w:rsidR="001E2007" w14:paraId="25C20C25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97C7A8" w14:textId="77777777" w:rsidR="001E2007" w:rsidRDefault="00000000">
            <w:r>
              <w:rPr>
                <w:sz w:val="18"/>
              </w:rPr>
              <w:t>Ne zadovoljava ostale kriterije (točke 1., 4., 5. ili 6.)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D35072" w14:textId="77777777" w:rsidR="001E2007" w:rsidRDefault="00000000">
            <w:r>
              <w:rPr>
                <w:sz w:val="18"/>
              </w:rPr>
              <w:t>[  ] Udruga NEMA PRAVO na besplatno ili djelomično korištenje sportskih objekata</w:t>
            </w:r>
          </w:p>
        </w:tc>
      </w:tr>
    </w:tbl>
    <w:p w14:paraId="20589C0B" w14:textId="77777777" w:rsidR="001E2007" w:rsidRDefault="00000000">
      <w:pPr>
        <w:spacing w:before="200" w:after="80"/>
      </w:pPr>
      <w:r>
        <w:t>Datum pregleda prijave: ____________________</w:t>
      </w:r>
      <w:r>
        <w:tab/>
      </w:r>
      <w:r>
        <w:tab/>
        <w:t>Potpis predsjednika Komisije: ____________________</w:t>
      </w:r>
    </w:p>
    <w:p w14:paraId="0267191B" w14:textId="77777777" w:rsidR="001E2007" w:rsidRDefault="00000000">
      <w:pPr>
        <w:spacing w:before="80" w:after="120"/>
      </w:pPr>
      <w:r>
        <w:rPr>
          <w:i/>
          <w:color w:val="646464"/>
          <w:sz w:val="17"/>
        </w:rPr>
        <w:t>* Po prijemu obrazaca stručne službe Riječkog sportskog saveza obavijestit će prijavitelje programa o eventualnim nedostacima podnijete prijave.</w:t>
      </w:r>
    </w:p>
    <w:sectPr w:rsidR="001E2007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8988170">
    <w:abstractNumId w:val="8"/>
  </w:num>
  <w:num w:numId="2" w16cid:durableId="651257571">
    <w:abstractNumId w:val="6"/>
  </w:num>
  <w:num w:numId="3" w16cid:durableId="341981953">
    <w:abstractNumId w:val="5"/>
  </w:num>
  <w:num w:numId="4" w16cid:durableId="141428101">
    <w:abstractNumId w:val="4"/>
  </w:num>
  <w:num w:numId="5" w16cid:durableId="937983308">
    <w:abstractNumId w:val="7"/>
  </w:num>
  <w:num w:numId="6" w16cid:durableId="780537292">
    <w:abstractNumId w:val="3"/>
  </w:num>
  <w:num w:numId="7" w16cid:durableId="2020961031">
    <w:abstractNumId w:val="2"/>
  </w:num>
  <w:num w:numId="8" w16cid:durableId="242253687">
    <w:abstractNumId w:val="1"/>
  </w:num>
  <w:num w:numId="9" w16cid:durableId="574826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698C"/>
    <w:rsid w:val="001E2007"/>
    <w:rsid w:val="0029639D"/>
    <w:rsid w:val="002C5923"/>
    <w:rsid w:val="00326F90"/>
    <w:rsid w:val="004B56A7"/>
    <w:rsid w:val="00572E63"/>
    <w:rsid w:val="00642EAD"/>
    <w:rsid w:val="008B594C"/>
    <w:rsid w:val="00A44B58"/>
    <w:rsid w:val="00AA1D8D"/>
    <w:rsid w:val="00B47730"/>
    <w:rsid w:val="00B7356C"/>
    <w:rsid w:val="00BE323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F2B7C7"/>
  <w14:defaultImageDpi w14:val="300"/>
  <w15:docId w15:val="{9A7D9AFC-F173-46A1-96A4-B44BC14F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Ksenija Trninić</cp:lastModifiedBy>
  <cp:revision>8</cp:revision>
  <cp:lastPrinted>2026-09-15T08:53:00Z</cp:lastPrinted>
  <dcterms:created xsi:type="dcterms:W3CDTF">2026-09-15T09:12:00Z</dcterms:created>
  <dcterms:modified xsi:type="dcterms:W3CDTF">2026-09-29T05:57:00Z</dcterms:modified>
  <cp:category/>
</cp:coreProperties>
</file>