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076D5" w14:textId="77777777" w:rsidR="003710D1" w:rsidRDefault="00000000">
      <w:pPr>
        <w:jc w:val="center"/>
      </w:pPr>
      <w:r>
        <w:rPr>
          <w:b/>
          <w:color w:val="1B365D"/>
          <w:sz w:val="24"/>
        </w:rPr>
        <w:t>OBRAZAC D</w:t>
      </w:r>
    </w:p>
    <w:p w14:paraId="377B9E6C" w14:textId="77777777" w:rsidR="003710D1" w:rsidRDefault="00000000">
      <w:pPr>
        <w:spacing w:after="40"/>
        <w:jc w:val="center"/>
      </w:pPr>
      <w:r>
        <w:rPr>
          <w:b/>
          <w:color w:val="1B365D"/>
          <w:sz w:val="26"/>
        </w:rPr>
        <w:t>PROGRAM D - ORGANIZACIJA TRADICIONALNIH I PRIGODNIH SPORTSKIH PRIREDBI U 2027.</w:t>
      </w:r>
    </w:p>
    <w:p w14:paraId="1C79754C" w14:textId="77777777" w:rsidR="003710D1" w:rsidRDefault="00000000">
      <w:pPr>
        <w:spacing w:after="40"/>
        <w:jc w:val="center"/>
      </w:pPr>
      <w:r>
        <w:rPr>
          <w:b/>
          <w:color w:val="1B365D"/>
          <w:sz w:val="26"/>
        </w:rPr>
        <w:t>- ORGANIZACIJA I SUDJELOVANJE NA ZNAČAJNIM MEĐUNARODNIM NATJECANJIMA U 2027.</w:t>
      </w:r>
    </w:p>
    <w:p w14:paraId="7A9592D6" w14:textId="77777777" w:rsidR="003710D1" w:rsidRDefault="00000000">
      <w:pPr>
        <w:spacing w:before="120"/>
      </w:pPr>
      <w:r>
        <w:t>1. Tradicionalna i prigodna sportska priredba</w:t>
      </w:r>
      <w:r>
        <w:br/>
        <w:t>2. Međunarodna sportska priredba</w:t>
      </w:r>
      <w:r>
        <w:br/>
      </w:r>
      <w:r>
        <w:br/>
      </w:r>
      <w:r>
        <w:rPr>
          <w:i/>
          <w:sz w:val="18"/>
        </w:rPr>
        <w:t>(Zaokružiti samo jedan program)</w:t>
      </w:r>
    </w:p>
    <w:p w14:paraId="572F1EB7" w14:textId="77777777" w:rsidR="003710D1" w:rsidRDefault="00000000">
      <w:pPr>
        <w:spacing w:after="240"/>
      </w:pPr>
      <w:r>
        <w:rPr>
          <w:b/>
          <w:color w:val="1B365D"/>
        </w:rPr>
        <w:t xml:space="preserve">Predlagač: </w:t>
      </w:r>
      <w:r>
        <w:t>____________________________________________________</w:t>
      </w:r>
      <w:r>
        <w:br/>
      </w:r>
      <w:r>
        <w:br/>
      </w:r>
      <w:r>
        <w:rPr>
          <w:b/>
          <w:color w:val="1B365D"/>
        </w:rPr>
        <w:t xml:space="preserve">Naziv priredbe: </w:t>
      </w:r>
      <w:r>
        <w:t>__________________________________________________________</w:t>
      </w:r>
      <w:r>
        <w:br/>
      </w:r>
      <w:r>
        <w:br/>
      </w:r>
      <w:r>
        <w:rPr>
          <w:b/>
          <w:color w:val="1B365D"/>
        </w:rPr>
        <w:t xml:space="preserve">Datum održavanja: </w:t>
      </w:r>
      <w:r>
        <w:t>__________________________________________________________</w:t>
      </w:r>
      <w:r>
        <w:br/>
      </w:r>
      <w:r>
        <w:br/>
      </w:r>
      <w:r>
        <w:rPr>
          <w:b/>
          <w:color w:val="1B365D"/>
        </w:rPr>
        <w:t xml:space="preserve">Suorganizator: </w:t>
      </w:r>
      <w:r>
        <w:t>__________________________________________________________</w:t>
      </w:r>
    </w:p>
    <w:p w14:paraId="45BA3FCD" w14:textId="77777777" w:rsidR="003710D1" w:rsidRDefault="00000000">
      <w:pPr>
        <w:keepNext/>
        <w:spacing w:before="280" w:after="120"/>
      </w:pPr>
      <w:r>
        <w:rPr>
          <w:b/>
          <w:color w:val="1B365D"/>
          <w:sz w:val="22"/>
        </w:rPr>
        <w:t>OPIS PRIREDBE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9504"/>
      </w:tblGrid>
      <w:tr w:rsidR="003710D1" w14:paraId="326B6ED5" w14:textId="77777777">
        <w:trPr>
          <w:jc w:val="center"/>
        </w:trPr>
        <w:tc>
          <w:tcPr>
            <w:tcW w:w="9504" w:type="dxa"/>
            <w:shd w:val="clear" w:color="auto" w:fill="1B365D"/>
          </w:tcPr>
          <w:p w14:paraId="152E75D7" w14:textId="77777777" w:rsidR="003710D1" w:rsidRDefault="00000000">
            <w:r>
              <w:rPr>
                <w:b/>
                <w:color w:val="FFFFFF"/>
              </w:rPr>
              <w:t>Sadržaj i opis priredbe (upisati tekst):</w:t>
            </w:r>
          </w:p>
        </w:tc>
      </w:tr>
      <w:tr w:rsidR="003710D1" w14:paraId="13C23796" w14:textId="77777777">
        <w:trPr>
          <w:jc w:val="center"/>
        </w:trPr>
        <w:tc>
          <w:tcPr>
            <w:tcW w:w="95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879DEB" w14:textId="77777777" w:rsidR="003710D1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1CDB2899" w14:textId="77777777" w:rsidR="003710D1" w:rsidRDefault="00000000">
      <w:pPr>
        <w:keepNext/>
        <w:spacing w:before="280" w:after="120"/>
      </w:pPr>
      <w:r>
        <w:rPr>
          <w:b/>
          <w:color w:val="1B365D"/>
          <w:sz w:val="22"/>
        </w:rPr>
        <w:t>FINANCIJSKI PLAN PRIREDBE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6336"/>
        <w:gridCol w:w="2304"/>
      </w:tblGrid>
      <w:tr w:rsidR="003710D1" w14:paraId="16985453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B1246A" w14:textId="77777777" w:rsidR="003710D1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633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CEBE25" w14:textId="77777777" w:rsidR="003710D1" w:rsidRDefault="00000000">
            <w:r>
              <w:rPr>
                <w:b/>
                <w:color w:val="FFFFFF"/>
                <w:sz w:val="18"/>
              </w:rPr>
              <w:t>PRIHODI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61376D" w14:textId="77777777" w:rsidR="003710D1" w:rsidRDefault="00000000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3710D1" w14:paraId="5176AB8D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E7B437" w14:textId="77777777" w:rsidR="003710D1" w:rsidRDefault="00000000">
            <w:r>
              <w:rPr>
                <w:sz w:val="18"/>
              </w:rPr>
              <w:t>1.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F98770" w14:textId="77777777" w:rsidR="003710D1" w:rsidRDefault="00000000">
            <w:r>
              <w:rPr>
                <w:sz w:val="18"/>
              </w:rPr>
              <w:t>Prihod od proračuna Grada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CD8510" w14:textId="77777777" w:rsidR="003710D1" w:rsidRDefault="003710D1"/>
        </w:tc>
      </w:tr>
      <w:tr w:rsidR="003710D1" w14:paraId="38DA3DEA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A01A10" w14:textId="77777777" w:rsidR="003710D1" w:rsidRDefault="00000000">
            <w:r>
              <w:rPr>
                <w:sz w:val="18"/>
              </w:rPr>
              <w:t>2.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14A97C" w14:textId="77777777" w:rsidR="003710D1" w:rsidRDefault="00000000">
            <w:r>
              <w:rPr>
                <w:sz w:val="18"/>
              </w:rPr>
              <w:t>Prihod od proračuna Županije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B6D370" w14:textId="77777777" w:rsidR="003710D1" w:rsidRDefault="003710D1"/>
        </w:tc>
      </w:tr>
      <w:tr w:rsidR="003710D1" w14:paraId="771D40B7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8605C3" w14:textId="77777777" w:rsidR="003710D1" w:rsidRDefault="00000000">
            <w:r>
              <w:rPr>
                <w:sz w:val="18"/>
              </w:rPr>
              <w:t>3.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97D5D1" w14:textId="77777777" w:rsidR="003710D1" w:rsidRDefault="00000000">
            <w:r>
              <w:rPr>
                <w:sz w:val="18"/>
              </w:rPr>
              <w:t>Prihod od sudionika natjecanja (kotizacija)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F293CE" w14:textId="77777777" w:rsidR="003710D1" w:rsidRDefault="003710D1"/>
        </w:tc>
      </w:tr>
      <w:tr w:rsidR="003710D1" w14:paraId="7453318D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48A87D" w14:textId="77777777" w:rsidR="003710D1" w:rsidRDefault="00000000">
            <w:r>
              <w:rPr>
                <w:sz w:val="18"/>
              </w:rPr>
              <w:t>4.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748E90" w14:textId="77777777" w:rsidR="003710D1" w:rsidRDefault="00000000">
            <w:r>
              <w:rPr>
                <w:sz w:val="18"/>
              </w:rPr>
              <w:t>Prihod od sponzora i donatora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8E0B45" w14:textId="77777777" w:rsidR="003710D1" w:rsidRDefault="003710D1"/>
        </w:tc>
      </w:tr>
      <w:tr w:rsidR="003710D1" w14:paraId="53574539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A0E61C" w14:textId="77777777" w:rsidR="003710D1" w:rsidRDefault="00000000">
            <w:r>
              <w:rPr>
                <w:sz w:val="18"/>
              </w:rPr>
              <w:t>5.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A88BA0" w14:textId="77777777" w:rsidR="003710D1" w:rsidRDefault="00000000">
            <w:r>
              <w:rPr>
                <w:sz w:val="18"/>
              </w:rPr>
              <w:t>Ostali prihodi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014F98" w14:textId="77777777" w:rsidR="003710D1" w:rsidRDefault="003710D1"/>
        </w:tc>
      </w:tr>
      <w:tr w:rsidR="003710D1" w14:paraId="1E6B6509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076EBA" w14:textId="77777777" w:rsidR="003710D1" w:rsidRDefault="003710D1"/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2FB94C" w14:textId="77777777" w:rsidR="003710D1" w:rsidRDefault="00000000">
            <w:r>
              <w:rPr>
                <w:b/>
                <w:sz w:val="18"/>
              </w:rPr>
              <w:t>UKUPNO PRIHODI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E48FBF" w14:textId="77777777" w:rsidR="003710D1" w:rsidRDefault="003710D1"/>
        </w:tc>
      </w:tr>
    </w:tbl>
    <w:p w14:paraId="190FCB29" w14:textId="77777777" w:rsidR="003710D1" w:rsidRDefault="003710D1">
      <w:pPr>
        <w:spacing w:before="120"/>
      </w:pP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6336"/>
        <w:gridCol w:w="2304"/>
      </w:tblGrid>
      <w:tr w:rsidR="003710D1" w14:paraId="0D5CA7AF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F1A2EA" w14:textId="77777777" w:rsidR="003710D1" w:rsidRDefault="00000000">
            <w:r>
              <w:rPr>
                <w:b/>
                <w:color w:val="FFFFFF"/>
                <w:sz w:val="18"/>
              </w:rPr>
              <w:lastRenderedPageBreak/>
              <w:t>R.B.</w:t>
            </w:r>
          </w:p>
        </w:tc>
        <w:tc>
          <w:tcPr>
            <w:tcW w:w="633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039545" w14:textId="77777777" w:rsidR="003710D1" w:rsidRDefault="00000000">
            <w:r>
              <w:rPr>
                <w:b/>
                <w:color w:val="FFFFFF"/>
                <w:sz w:val="18"/>
              </w:rPr>
              <w:t>RASHODI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823CA0" w14:textId="77777777" w:rsidR="003710D1" w:rsidRDefault="00000000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3710D1" w14:paraId="1A65EF5C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99AB15" w14:textId="77777777" w:rsidR="003710D1" w:rsidRDefault="00000000">
            <w:r>
              <w:rPr>
                <w:sz w:val="18"/>
              </w:rPr>
              <w:t>1.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451B8C" w14:textId="77777777" w:rsidR="003710D1" w:rsidRDefault="003710D1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3E984F" w14:textId="77777777" w:rsidR="003710D1" w:rsidRDefault="003710D1"/>
        </w:tc>
      </w:tr>
      <w:tr w:rsidR="003710D1" w14:paraId="4F833BF1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9C5C09" w14:textId="77777777" w:rsidR="003710D1" w:rsidRDefault="00000000">
            <w:r>
              <w:rPr>
                <w:sz w:val="18"/>
              </w:rPr>
              <w:t>2.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83A747" w14:textId="77777777" w:rsidR="003710D1" w:rsidRDefault="003710D1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B518BF" w14:textId="77777777" w:rsidR="003710D1" w:rsidRDefault="003710D1"/>
        </w:tc>
      </w:tr>
      <w:tr w:rsidR="003710D1" w14:paraId="3B5622D1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9F5D3F" w14:textId="77777777" w:rsidR="003710D1" w:rsidRDefault="00000000">
            <w:r>
              <w:rPr>
                <w:sz w:val="18"/>
              </w:rPr>
              <w:t>3.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C92BC8" w14:textId="77777777" w:rsidR="003710D1" w:rsidRDefault="003710D1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A14EBC" w14:textId="77777777" w:rsidR="003710D1" w:rsidRDefault="003710D1"/>
        </w:tc>
      </w:tr>
      <w:tr w:rsidR="003710D1" w14:paraId="602406FD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827F51" w14:textId="77777777" w:rsidR="003710D1" w:rsidRDefault="00000000">
            <w:r>
              <w:rPr>
                <w:sz w:val="18"/>
              </w:rPr>
              <w:t>4.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5B4D00" w14:textId="77777777" w:rsidR="003710D1" w:rsidRDefault="003710D1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A5B52B" w14:textId="77777777" w:rsidR="003710D1" w:rsidRDefault="003710D1"/>
        </w:tc>
      </w:tr>
      <w:tr w:rsidR="003710D1" w14:paraId="14A88B1A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2D05FA" w14:textId="77777777" w:rsidR="003710D1" w:rsidRDefault="00000000">
            <w:r>
              <w:rPr>
                <w:sz w:val="18"/>
              </w:rPr>
              <w:t>5.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4B4182" w14:textId="77777777" w:rsidR="003710D1" w:rsidRDefault="003710D1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1CCB1A" w14:textId="77777777" w:rsidR="003710D1" w:rsidRDefault="003710D1"/>
        </w:tc>
      </w:tr>
      <w:tr w:rsidR="003710D1" w14:paraId="7BC2A364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ED1214" w14:textId="77777777" w:rsidR="003710D1" w:rsidRDefault="003710D1"/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DB547E" w14:textId="77777777" w:rsidR="003710D1" w:rsidRDefault="00000000">
            <w:r>
              <w:rPr>
                <w:b/>
                <w:sz w:val="18"/>
              </w:rPr>
              <w:t>UKUPNO RASHODI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454DB4" w14:textId="77777777" w:rsidR="003710D1" w:rsidRDefault="003710D1"/>
        </w:tc>
      </w:tr>
    </w:tbl>
    <w:p w14:paraId="75032B96" w14:textId="77777777" w:rsidR="003710D1" w:rsidRDefault="00000000">
      <w:pPr>
        <w:spacing w:before="80" w:after="120"/>
      </w:pPr>
      <w:r>
        <w:rPr>
          <w:i/>
          <w:color w:val="646464"/>
          <w:sz w:val="17"/>
        </w:rPr>
        <w:t>* Uz obrazac potrebno je dostaviti detaljan elaborat koji će sadržavati:</w:t>
      </w:r>
      <w:r>
        <w:rPr>
          <w:i/>
          <w:color w:val="646464"/>
          <w:sz w:val="17"/>
        </w:rPr>
        <w:br/>
        <w:t xml:space="preserve">  1. Važnost priredbe za promidžbu grada</w:t>
      </w:r>
      <w:r>
        <w:rPr>
          <w:i/>
          <w:color w:val="646464"/>
          <w:sz w:val="17"/>
        </w:rPr>
        <w:br/>
        <w:t xml:space="preserve">  2. Detaljan financijski plan priredbe</w:t>
      </w:r>
      <w:r>
        <w:rPr>
          <w:i/>
          <w:color w:val="646464"/>
          <w:sz w:val="17"/>
        </w:rPr>
        <w:br/>
        <w:t xml:space="preserve">  3. Organizacijsku strukturu (kadrovi)</w:t>
      </w:r>
      <w:r>
        <w:rPr>
          <w:i/>
          <w:color w:val="646464"/>
          <w:sz w:val="17"/>
        </w:rPr>
        <w:br/>
        <w:t xml:space="preserve">  4. Ciljeve i efekte koji se postižu organizacijom priredbe</w:t>
      </w:r>
      <w:r>
        <w:rPr>
          <w:i/>
          <w:color w:val="646464"/>
          <w:sz w:val="17"/>
        </w:rPr>
        <w:br/>
        <w:t xml:space="preserve">  5. Broj sudionika i gledatelja na priredbi</w:t>
      </w:r>
      <w:r>
        <w:rPr>
          <w:i/>
          <w:color w:val="646464"/>
          <w:sz w:val="17"/>
        </w:rPr>
        <w:br/>
        <w:t xml:space="preserve">  6. Iskustvo u dosadašnjoj organizaciji istih ili sličnih priredbi</w:t>
      </w:r>
    </w:p>
    <w:p w14:paraId="15AC07DD" w14:textId="77777777" w:rsidR="003710D1" w:rsidRDefault="00000000">
      <w:pPr>
        <w:spacing w:before="280"/>
      </w:pPr>
      <w:r>
        <w:t>Potpisom ovog dokumenta, kao ovlaštena osoba udruge u skladu sa Statutom udruge i svim zakonskim odredbama Republike Hrvatske, pod punom odgovornošću potvrđujem da su svi podaci navedeni u obrascima točni, a priložena dokumentacija vjerodostojna.</w:t>
      </w:r>
    </w:p>
    <w:p w14:paraId="03B67232" w14:textId="77777777" w:rsidR="003710D1" w:rsidRDefault="00000000">
      <w:pPr>
        <w:spacing w:after="80"/>
      </w:pPr>
      <w:r>
        <w:t>Ime i prezime ovlaštene osobe: ______________________________________</w:t>
      </w:r>
      <w:r>
        <w:br/>
      </w:r>
      <w:r>
        <w:br/>
        <w:t>Vlastoručni potpis: ______________________________________</w:t>
      </w:r>
      <w:r>
        <w:br/>
      </w:r>
      <w:r>
        <w:br/>
        <w:t>Kontakt telefon ovlaštene osobe: ______________________________________</w:t>
      </w:r>
    </w:p>
    <w:p w14:paraId="5A1B2E9B" w14:textId="77777777" w:rsidR="00921F98" w:rsidRDefault="00921F98">
      <w:pPr>
        <w:keepNext/>
        <w:spacing w:before="280" w:after="120"/>
        <w:rPr>
          <w:b/>
          <w:color w:val="1B365D"/>
          <w:sz w:val="22"/>
        </w:rPr>
      </w:pPr>
    </w:p>
    <w:p w14:paraId="09479187" w14:textId="35996DEF" w:rsidR="003710D1" w:rsidRDefault="00000000">
      <w:pPr>
        <w:keepNext/>
        <w:spacing w:before="280" w:after="120"/>
      </w:pPr>
      <w:r>
        <w:rPr>
          <w:b/>
          <w:color w:val="1B365D"/>
          <w:sz w:val="22"/>
        </w:rPr>
        <w:t>UZ PRIJAVU OBRASCA D PREDANI SU SLJEDEĆI DOKUMENTI: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3888"/>
        <w:gridCol w:w="864"/>
        <w:gridCol w:w="3888"/>
      </w:tblGrid>
      <w:tr w:rsidR="003710D1" w14:paraId="4A7E3377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A6A5B6" w14:textId="77777777" w:rsidR="003710D1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88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2FFD67" w14:textId="77777777" w:rsidR="003710D1" w:rsidRDefault="00000000">
            <w:r>
              <w:rPr>
                <w:b/>
                <w:color w:val="FFFFFF"/>
                <w:sz w:val="18"/>
              </w:rPr>
              <w:t>DOKUMENTI - OPĆI UVJETI</w:t>
            </w:r>
          </w:p>
        </w:tc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191A6E" w14:textId="77777777" w:rsidR="003710D1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88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7C8C7" w14:textId="77777777" w:rsidR="003710D1" w:rsidRDefault="00000000">
            <w:r>
              <w:rPr>
                <w:b/>
                <w:color w:val="FFFFFF"/>
                <w:sz w:val="18"/>
              </w:rPr>
              <w:t>DOKUMENTI - POSEBNI UVJETI</w:t>
            </w:r>
          </w:p>
        </w:tc>
      </w:tr>
      <w:tr w:rsidR="003710D1" w14:paraId="1D0ADD47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892668" w14:textId="77777777" w:rsidR="003710D1" w:rsidRDefault="003710D1"/>
        </w:tc>
        <w:tc>
          <w:tcPr>
            <w:tcW w:w="388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935D3E" w14:textId="77777777" w:rsidR="003710D1" w:rsidRDefault="003710D1"/>
        </w:tc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6CD7DC" w14:textId="77777777" w:rsidR="003710D1" w:rsidRDefault="003710D1"/>
        </w:tc>
        <w:tc>
          <w:tcPr>
            <w:tcW w:w="388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A1DF93" w14:textId="77777777" w:rsidR="003710D1" w:rsidRDefault="003710D1"/>
        </w:tc>
      </w:tr>
      <w:tr w:rsidR="003710D1" w14:paraId="530C7C1A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D79C39" w14:textId="77777777" w:rsidR="003710D1" w:rsidRDefault="003710D1"/>
        </w:tc>
        <w:tc>
          <w:tcPr>
            <w:tcW w:w="388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910FB9" w14:textId="77777777" w:rsidR="003710D1" w:rsidRDefault="003710D1"/>
        </w:tc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14FDF4" w14:textId="77777777" w:rsidR="003710D1" w:rsidRDefault="003710D1"/>
        </w:tc>
        <w:tc>
          <w:tcPr>
            <w:tcW w:w="388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5F5A00" w14:textId="77777777" w:rsidR="003710D1" w:rsidRDefault="003710D1"/>
        </w:tc>
      </w:tr>
    </w:tbl>
    <w:p w14:paraId="2101E3F0" w14:textId="77777777" w:rsidR="003710D1" w:rsidRDefault="00000000">
      <w:pPr>
        <w:spacing w:before="280" w:after="80"/>
      </w:pPr>
      <w:r>
        <w:rPr>
          <w:b/>
        </w:rPr>
        <w:t>Ispunjava Riječki sportski savez:</w:t>
      </w:r>
      <w:r>
        <w:rPr>
          <w:b/>
        </w:rPr>
        <w:br/>
      </w:r>
      <w:r>
        <w:t>Datum primitka programa: ____________________</w:t>
      </w:r>
    </w:p>
    <w:p w14:paraId="609236A4" w14:textId="77777777" w:rsidR="003710D1" w:rsidRDefault="00000000">
      <w:pPr>
        <w:spacing w:before="80" w:after="120"/>
      </w:pPr>
      <w:r>
        <w:rPr>
          <w:i/>
          <w:color w:val="646464"/>
          <w:sz w:val="17"/>
        </w:rPr>
        <w:t>* Po prijemu obrazaca stručne službe Riječkog sportskog saveza obavijestit će prijavitelje programa o eventualnim nedostacima podnijete prijave.</w:t>
      </w:r>
    </w:p>
    <w:sectPr w:rsidR="003710D1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2429468">
    <w:abstractNumId w:val="8"/>
  </w:num>
  <w:num w:numId="2" w16cid:durableId="1233420045">
    <w:abstractNumId w:val="6"/>
  </w:num>
  <w:num w:numId="3" w16cid:durableId="2076001214">
    <w:abstractNumId w:val="5"/>
  </w:num>
  <w:num w:numId="4" w16cid:durableId="1727488286">
    <w:abstractNumId w:val="4"/>
  </w:num>
  <w:num w:numId="5" w16cid:durableId="672882186">
    <w:abstractNumId w:val="7"/>
  </w:num>
  <w:num w:numId="6" w16cid:durableId="1924291238">
    <w:abstractNumId w:val="3"/>
  </w:num>
  <w:num w:numId="7" w16cid:durableId="1161577728">
    <w:abstractNumId w:val="2"/>
  </w:num>
  <w:num w:numId="8" w16cid:durableId="660043466">
    <w:abstractNumId w:val="1"/>
  </w:num>
  <w:num w:numId="9" w16cid:durableId="206360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10D1"/>
    <w:rsid w:val="005231B9"/>
    <w:rsid w:val="0056611A"/>
    <w:rsid w:val="00921F98"/>
    <w:rsid w:val="00AA1D8D"/>
    <w:rsid w:val="00B47730"/>
    <w:rsid w:val="00CB0664"/>
    <w:rsid w:val="00F642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769D3E"/>
  <w14:defaultImageDpi w14:val="300"/>
  <w15:docId w15:val="{D613F643-7EB6-4AB5-A69A-8C9F5AC1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3</cp:revision>
  <dcterms:created xsi:type="dcterms:W3CDTF">2026-09-02T07:28:00Z</dcterms:created>
  <dcterms:modified xsi:type="dcterms:W3CDTF">2026-09-29T05:57:00Z</dcterms:modified>
  <cp:category/>
</cp:coreProperties>
</file>