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F7A5F" w14:textId="77777777" w:rsidR="00191972" w:rsidRDefault="00000000">
      <w:pPr>
        <w:jc w:val="center"/>
      </w:pPr>
      <w:r>
        <w:rPr>
          <w:b/>
          <w:color w:val="1B365D"/>
          <w:sz w:val="24"/>
        </w:rPr>
        <w:t>OBRAZAC C</w:t>
      </w:r>
    </w:p>
    <w:p w14:paraId="53466BCC" w14:textId="77777777" w:rsidR="00191972" w:rsidRDefault="00000000">
      <w:pPr>
        <w:spacing w:after="40"/>
        <w:jc w:val="center"/>
      </w:pPr>
      <w:r>
        <w:rPr>
          <w:b/>
          <w:color w:val="1B365D"/>
          <w:sz w:val="26"/>
        </w:rPr>
        <w:t>PROGRAM C - SPORTSKE AKTIVNOSTI OSOBA S INVALIDITETOM I OSOBA OŠTEĆENA SLUHA U 2027.</w:t>
      </w:r>
    </w:p>
    <w:p w14:paraId="4FA2506B" w14:textId="77777777" w:rsidR="00191972" w:rsidRDefault="00000000">
      <w:pPr>
        <w:spacing w:before="120"/>
      </w:pPr>
      <w:r>
        <w:t>1. Program treninga i natjecanja klubova i društava</w:t>
      </w:r>
      <w:r>
        <w:br/>
      </w:r>
    </w:p>
    <w:p w14:paraId="20F3F483" w14:textId="77777777" w:rsidR="00191972" w:rsidRDefault="00000000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Programi: </w:t>
      </w:r>
      <w:r>
        <w:t>__________________________________________________________</w:t>
      </w:r>
      <w:r>
        <w:br/>
      </w:r>
      <w:r>
        <w:br/>
      </w:r>
      <w:r>
        <w:rPr>
          <w:b/>
          <w:color w:val="1B365D"/>
        </w:rPr>
        <w:t xml:space="preserve">Aktivnosti: </w:t>
      </w:r>
      <w:r>
        <w:t>__________________________________________________________</w:t>
      </w:r>
    </w:p>
    <w:p w14:paraId="49F7FEAF" w14:textId="77777777" w:rsidR="00191972" w:rsidRDefault="00000000">
      <w:pPr>
        <w:keepNext/>
        <w:spacing w:before="280" w:after="120"/>
      </w:pPr>
      <w:r>
        <w:rPr>
          <w:b/>
          <w:color w:val="1B365D"/>
          <w:sz w:val="22"/>
        </w:rPr>
        <w:t>OPIS PROGRAMA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9504"/>
      </w:tblGrid>
      <w:tr w:rsidR="00191972" w14:paraId="73B8AE05" w14:textId="77777777">
        <w:trPr>
          <w:jc w:val="center"/>
        </w:trPr>
        <w:tc>
          <w:tcPr>
            <w:tcW w:w="9504" w:type="dxa"/>
            <w:shd w:val="clear" w:color="auto" w:fill="1B365D"/>
          </w:tcPr>
          <w:p w14:paraId="49F26926" w14:textId="77777777" w:rsidR="00191972" w:rsidRDefault="00000000">
            <w:r>
              <w:rPr>
                <w:b/>
                <w:color w:val="FFFFFF"/>
              </w:rPr>
              <w:t>Sadržaj i opis programa (upisati tekst):</w:t>
            </w:r>
          </w:p>
        </w:tc>
      </w:tr>
      <w:tr w:rsidR="00191972" w14:paraId="7CBB9553" w14:textId="77777777">
        <w:trPr>
          <w:jc w:val="center"/>
        </w:trPr>
        <w:tc>
          <w:tcPr>
            <w:tcW w:w="95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F8E025" w14:textId="77777777" w:rsidR="00191972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435C7F99" w14:textId="77777777" w:rsidR="00191972" w:rsidRDefault="00000000">
      <w:pPr>
        <w:keepNext/>
        <w:spacing w:before="280" w:after="120"/>
      </w:pPr>
      <w:r>
        <w:rPr>
          <w:b/>
          <w:color w:val="1B365D"/>
          <w:sz w:val="22"/>
        </w:rPr>
        <w:t>FINANCIJSKI PLAN PROGRAMA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6336"/>
        <w:gridCol w:w="2304"/>
      </w:tblGrid>
      <w:tr w:rsidR="00191972" w14:paraId="21F3D4F2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97E088" w14:textId="77777777" w:rsidR="00191972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8D93FA" w14:textId="77777777" w:rsidR="00191972" w:rsidRDefault="00000000">
            <w:r>
              <w:rPr>
                <w:b/>
                <w:color w:val="FFFFFF"/>
                <w:sz w:val="18"/>
              </w:rPr>
              <w:t>PRIHODI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72BE1A" w14:textId="77777777" w:rsidR="00191972" w:rsidRDefault="00000000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191972" w14:paraId="7BA8926A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3D182A" w14:textId="77777777" w:rsidR="00191972" w:rsidRDefault="00000000">
            <w:r>
              <w:rPr>
                <w:sz w:val="18"/>
              </w:rPr>
              <w:t>1.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D4CB57" w14:textId="77777777" w:rsidR="00191972" w:rsidRDefault="00000000">
            <w:r>
              <w:rPr>
                <w:sz w:val="18"/>
              </w:rPr>
              <w:t>Prihod od proračuna Grada / RSS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899868" w14:textId="77777777" w:rsidR="00191972" w:rsidRDefault="00191972"/>
        </w:tc>
      </w:tr>
      <w:tr w:rsidR="00191972" w14:paraId="364E74F9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05D509" w14:textId="77777777" w:rsidR="00191972" w:rsidRDefault="00000000">
            <w:r>
              <w:rPr>
                <w:sz w:val="18"/>
              </w:rPr>
              <w:t>2.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CA7CBB" w14:textId="77777777" w:rsidR="00191972" w:rsidRDefault="00000000">
            <w:r>
              <w:rPr>
                <w:sz w:val="18"/>
              </w:rPr>
              <w:t>Prihod od proračuna Županije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1FF031" w14:textId="77777777" w:rsidR="00191972" w:rsidRDefault="00191972"/>
        </w:tc>
      </w:tr>
      <w:tr w:rsidR="00191972" w14:paraId="17805EFF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EA40F5" w14:textId="77777777" w:rsidR="00191972" w:rsidRDefault="00000000">
            <w:r>
              <w:rPr>
                <w:sz w:val="18"/>
              </w:rPr>
              <w:t>3.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CAE24E" w14:textId="77777777" w:rsidR="00191972" w:rsidRDefault="00000000">
            <w:r>
              <w:rPr>
                <w:sz w:val="18"/>
              </w:rPr>
              <w:t>Vlastiti prihodi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588203" w14:textId="77777777" w:rsidR="00191972" w:rsidRDefault="00191972"/>
        </w:tc>
      </w:tr>
      <w:tr w:rsidR="00191972" w14:paraId="5E6BD154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C90F11" w14:textId="77777777" w:rsidR="00191972" w:rsidRDefault="00000000">
            <w:r>
              <w:rPr>
                <w:sz w:val="18"/>
              </w:rPr>
              <w:t>4.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53BC04" w14:textId="77777777" w:rsidR="00191972" w:rsidRDefault="00000000">
            <w:r>
              <w:rPr>
                <w:sz w:val="18"/>
              </w:rPr>
              <w:t>Prihodi od sponzora i donatora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60D22D" w14:textId="77777777" w:rsidR="00191972" w:rsidRDefault="00191972"/>
        </w:tc>
      </w:tr>
      <w:tr w:rsidR="00191972" w14:paraId="290BFDDD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4A5A35" w14:textId="77777777" w:rsidR="00191972" w:rsidRDefault="00000000">
            <w:r>
              <w:rPr>
                <w:sz w:val="18"/>
              </w:rPr>
              <w:t>5.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738329" w14:textId="77777777" w:rsidR="00191972" w:rsidRDefault="00000000">
            <w:r>
              <w:rPr>
                <w:sz w:val="18"/>
              </w:rPr>
              <w:t>Prihodi od EU projekata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7BA8EA" w14:textId="77777777" w:rsidR="00191972" w:rsidRDefault="00191972"/>
        </w:tc>
      </w:tr>
      <w:tr w:rsidR="00191972" w14:paraId="5FC68C19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16CD7E" w14:textId="77777777" w:rsidR="00191972" w:rsidRDefault="00000000">
            <w:r>
              <w:rPr>
                <w:sz w:val="18"/>
              </w:rPr>
              <w:t>6.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D63C2F" w14:textId="77777777" w:rsidR="00191972" w:rsidRDefault="00000000">
            <w:r>
              <w:rPr>
                <w:sz w:val="18"/>
              </w:rPr>
              <w:t>Ostali prihodi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CF8FA5" w14:textId="77777777" w:rsidR="00191972" w:rsidRDefault="00191972"/>
        </w:tc>
      </w:tr>
      <w:tr w:rsidR="00191972" w14:paraId="053E8B2F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F98F25" w14:textId="77777777" w:rsidR="00191972" w:rsidRDefault="00191972"/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F56625" w14:textId="77777777" w:rsidR="00191972" w:rsidRDefault="00000000">
            <w:r>
              <w:rPr>
                <w:b/>
                <w:sz w:val="18"/>
              </w:rPr>
              <w:t>UKUPNO PRIHODI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5C5BE7" w14:textId="77777777" w:rsidR="00191972" w:rsidRDefault="00191972"/>
        </w:tc>
      </w:tr>
    </w:tbl>
    <w:p w14:paraId="4B6E2A85" w14:textId="77777777" w:rsidR="00191972" w:rsidRDefault="00191972">
      <w:pPr>
        <w:spacing w:before="120"/>
      </w:pPr>
    </w:p>
    <w:p w14:paraId="2831F989" w14:textId="77777777" w:rsidR="00C405A8" w:rsidRDefault="00C405A8">
      <w:pPr>
        <w:spacing w:before="120"/>
      </w:pP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6336"/>
        <w:gridCol w:w="2304"/>
      </w:tblGrid>
      <w:tr w:rsidR="00191972" w14:paraId="2CA29A16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61FCBE" w14:textId="77777777" w:rsidR="00191972" w:rsidRDefault="00000000">
            <w:r>
              <w:rPr>
                <w:b/>
                <w:color w:val="FFFFFF"/>
                <w:sz w:val="18"/>
              </w:rPr>
              <w:lastRenderedPageBreak/>
              <w:t>R.B.</w:t>
            </w:r>
          </w:p>
        </w:tc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29E95A" w14:textId="77777777" w:rsidR="00191972" w:rsidRDefault="00000000">
            <w:r>
              <w:rPr>
                <w:b/>
                <w:color w:val="FFFFFF"/>
                <w:sz w:val="18"/>
              </w:rPr>
              <w:t>RASHODI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EA03DB" w14:textId="77777777" w:rsidR="00191972" w:rsidRDefault="00000000">
            <w:r>
              <w:rPr>
                <w:b/>
                <w:color w:val="FFFFFF"/>
                <w:sz w:val="18"/>
              </w:rPr>
              <w:t>IZNOS (EUR)</w:t>
            </w:r>
          </w:p>
        </w:tc>
      </w:tr>
      <w:tr w:rsidR="00191972" w14:paraId="4E643F79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FE1A4D" w14:textId="77777777" w:rsidR="00191972" w:rsidRDefault="00000000">
            <w:r>
              <w:rPr>
                <w:sz w:val="18"/>
              </w:rPr>
              <w:t>1.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43FF49" w14:textId="77777777" w:rsidR="00191972" w:rsidRDefault="00000000">
            <w:r>
              <w:rPr>
                <w:sz w:val="18"/>
              </w:rPr>
              <w:t>Izdaci za zaposlene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566C3" w14:textId="77777777" w:rsidR="00191972" w:rsidRDefault="00191972"/>
        </w:tc>
      </w:tr>
      <w:tr w:rsidR="00191972" w14:paraId="50D1238E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E3EFE0" w14:textId="77777777" w:rsidR="00191972" w:rsidRDefault="00000000">
            <w:r>
              <w:rPr>
                <w:sz w:val="18"/>
              </w:rPr>
              <w:t>2.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766C4C" w14:textId="77777777" w:rsidR="00191972" w:rsidRDefault="00000000">
            <w:r>
              <w:rPr>
                <w:sz w:val="18"/>
              </w:rPr>
              <w:t>Materijalni troškovi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256644" w14:textId="77777777" w:rsidR="00191972" w:rsidRDefault="00191972"/>
        </w:tc>
      </w:tr>
      <w:tr w:rsidR="00191972" w14:paraId="6925076B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4DEB29" w14:textId="77777777" w:rsidR="00191972" w:rsidRDefault="00000000">
            <w:r>
              <w:rPr>
                <w:sz w:val="18"/>
              </w:rPr>
              <w:t>3.</w:t>
            </w:r>
          </w:p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433EF1" w14:textId="77777777" w:rsidR="00191972" w:rsidRDefault="00000000">
            <w:r>
              <w:rPr>
                <w:sz w:val="18"/>
              </w:rPr>
              <w:t>Nematerijalni troškovi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D25C1F" w14:textId="77777777" w:rsidR="00191972" w:rsidRDefault="00191972"/>
        </w:tc>
      </w:tr>
      <w:tr w:rsidR="00191972" w14:paraId="12C559E9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9A773A" w14:textId="77777777" w:rsidR="00191972" w:rsidRDefault="00000000">
            <w:r>
              <w:rPr>
                <w:sz w:val="18"/>
              </w:rPr>
              <w:t>4.</w:t>
            </w:r>
          </w:p>
        </w:tc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DCC05D" w14:textId="77777777" w:rsidR="00191972" w:rsidRDefault="00000000">
            <w:r>
              <w:rPr>
                <w:sz w:val="18"/>
              </w:rPr>
              <w:t>Ostali troškovi</w:t>
            </w:r>
          </w:p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C96E4" w14:textId="77777777" w:rsidR="00191972" w:rsidRDefault="00191972"/>
        </w:tc>
      </w:tr>
      <w:tr w:rsidR="00191972" w14:paraId="083D2093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16F226" w14:textId="77777777" w:rsidR="00191972" w:rsidRDefault="00191972"/>
        </w:tc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545F9D" w14:textId="77777777" w:rsidR="00191972" w:rsidRDefault="00000000">
            <w:r>
              <w:rPr>
                <w:b/>
                <w:sz w:val="18"/>
              </w:rPr>
              <w:t>UKUPNO RASHODI</w:t>
            </w:r>
          </w:p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E4F2A3" w14:textId="77777777" w:rsidR="00191972" w:rsidRDefault="00191972"/>
        </w:tc>
      </w:tr>
    </w:tbl>
    <w:p w14:paraId="2C175436" w14:textId="77777777" w:rsidR="00191972" w:rsidRDefault="00000000">
      <w:pPr>
        <w:spacing w:before="80" w:after="120"/>
      </w:pPr>
      <w:r>
        <w:rPr>
          <w:i/>
          <w:color w:val="646464"/>
          <w:sz w:val="17"/>
        </w:rPr>
        <w:t>* Uz obrazac potrebno je dostaviti detaljan elaborat koji će sadržavati:</w:t>
      </w:r>
      <w:r>
        <w:rPr>
          <w:i/>
          <w:color w:val="646464"/>
          <w:sz w:val="17"/>
        </w:rPr>
        <w:br/>
        <w:t xml:space="preserve">  1. Detaljan opis programa</w:t>
      </w:r>
      <w:r>
        <w:rPr>
          <w:i/>
          <w:color w:val="646464"/>
          <w:sz w:val="17"/>
        </w:rPr>
        <w:br/>
        <w:t xml:space="preserve">  2. Detaljan financijski plan programa</w:t>
      </w:r>
      <w:r>
        <w:rPr>
          <w:i/>
          <w:color w:val="646464"/>
          <w:sz w:val="17"/>
        </w:rPr>
        <w:br/>
        <w:t xml:space="preserve">  3. Organizacijsku strukturu (kadrovi) i udruge učlanjene u savez</w:t>
      </w:r>
    </w:p>
    <w:p w14:paraId="160666EC" w14:textId="77777777" w:rsidR="00191972" w:rsidRDefault="00000000">
      <w:pPr>
        <w:spacing w:before="280"/>
      </w:pPr>
      <w:r>
        <w:t>Potpisom ovog dokumenta, kao ovlaštena osoba udruge u skladu sa Statutom udruge i svim zakonskim odredbama Republike Hrvatske, pod punom odgovornošću potvrđujem da su svi podaci navedeni u obrascima točni, a priložena dokumentacija vjerodostojna.</w:t>
      </w:r>
    </w:p>
    <w:p w14:paraId="0EA73445" w14:textId="77777777" w:rsidR="00191972" w:rsidRDefault="00000000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14:paraId="20412F75" w14:textId="77777777" w:rsidR="00C405A8" w:rsidRDefault="00C405A8">
      <w:pPr>
        <w:keepNext/>
        <w:spacing w:before="280" w:after="120"/>
        <w:rPr>
          <w:b/>
          <w:color w:val="1B365D"/>
          <w:sz w:val="22"/>
        </w:rPr>
      </w:pPr>
    </w:p>
    <w:p w14:paraId="782C69B2" w14:textId="77777777" w:rsidR="00C405A8" w:rsidRDefault="00C405A8">
      <w:pPr>
        <w:keepNext/>
        <w:spacing w:before="280" w:after="120"/>
        <w:rPr>
          <w:b/>
          <w:color w:val="1B365D"/>
          <w:sz w:val="22"/>
        </w:rPr>
      </w:pPr>
    </w:p>
    <w:p w14:paraId="3F8CE7F3" w14:textId="7FC65EB6" w:rsidR="00191972" w:rsidRDefault="00000000">
      <w:pPr>
        <w:keepNext/>
        <w:spacing w:before="280" w:after="120"/>
      </w:pPr>
      <w:r>
        <w:rPr>
          <w:b/>
          <w:color w:val="1B365D"/>
          <w:sz w:val="22"/>
        </w:rPr>
        <w:t>UZ PRIJAVU OBRASCA C PREDANI SU SLJEDEĆI DOKUMENTI: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3888"/>
        <w:gridCol w:w="864"/>
        <w:gridCol w:w="3888"/>
      </w:tblGrid>
      <w:tr w:rsidR="00191972" w14:paraId="3C55DFEC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B278D" w14:textId="77777777" w:rsidR="00191972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8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1910A3" w14:textId="77777777" w:rsidR="00191972" w:rsidRDefault="00000000">
            <w:r>
              <w:rPr>
                <w:b/>
                <w:color w:val="FFFFFF"/>
                <w:sz w:val="18"/>
              </w:rPr>
              <w:t>DOKUMENTI - OPĆI UVJETI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9FEA79" w14:textId="77777777" w:rsidR="00191972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8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F2F2B6" w14:textId="77777777" w:rsidR="00191972" w:rsidRDefault="00000000">
            <w:r>
              <w:rPr>
                <w:b/>
                <w:color w:val="FFFFFF"/>
                <w:sz w:val="18"/>
              </w:rPr>
              <w:t>DOKUMENTI - POSEBNI UVJETI</w:t>
            </w:r>
          </w:p>
        </w:tc>
      </w:tr>
      <w:tr w:rsidR="00191972" w14:paraId="39C07A4F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7C363A" w14:textId="77777777" w:rsidR="00191972" w:rsidRDefault="00191972"/>
        </w:tc>
        <w:tc>
          <w:tcPr>
            <w:tcW w:w="38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393293" w14:textId="77777777" w:rsidR="00191972" w:rsidRDefault="00191972"/>
        </w:tc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5613A2" w14:textId="77777777" w:rsidR="00191972" w:rsidRDefault="00191972"/>
        </w:tc>
        <w:tc>
          <w:tcPr>
            <w:tcW w:w="38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3C0CB6" w14:textId="77777777" w:rsidR="00191972" w:rsidRDefault="00191972"/>
        </w:tc>
      </w:tr>
      <w:tr w:rsidR="00191972" w14:paraId="6C52E2E1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20FA86" w14:textId="77777777" w:rsidR="00191972" w:rsidRDefault="00191972"/>
        </w:tc>
        <w:tc>
          <w:tcPr>
            <w:tcW w:w="38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37A7A5" w14:textId="77777777" w:rsidR="00191972" w:rsidRDefault="00191972"/>
        </w:tc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272AED" w14:textId="77777777" w:rsidR="00191972" w:rsidRDefault="00191972"/>
        </w:tc>
        <w:tc>
          <w:tcPr>
            <w:tcW w:w="38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A6929A" w14:textId="77777777" w:rsidR="00191972" w:rsidRDefault="00191972"/>
        </w:tc>
      </w:tr>
    </w:tbl>
    <w:p w14:paraId="42D6AFC6" w14:textId="77777777" w:rsidR="00191972" w:rsidRDefault="00000000">
      <w:pPr>
        <w:spacing w:before="280" w:after="80"/>
      </w:pPr>
      <w:r>
        <w:rPr>
          <w:b/>
        </w:rPr>
        <w:t>Ispunjava Riječki sportski savez:</w:t>
      </w:r>
      <w:r>
        <w:rPr>
          <w:b/>
        </w:rPr>
        <w:br/>
      </w:r>
      <w:r>
        <w:t>Datum primitka programa: ____________________</w:t>
      </w:r>
    </w:p>
    <w:p w14:paraId="41221745" w14:textId="77777777" w:rsidR="00191972" w:rsidRDefault="00000000">
      <w:pPr>
        <w:spacing w:before="8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191972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2345331">
    <w:abstractNumId w:val="8"/>
  </w:num>
  <w:num w:numId="2" w16cid:durableId="1793009706">
    <w:abstractNumId w:val="6"/>
  </w:num>
  <w:num w:numId="3" w16cid:durableId="557017179">
    <w:abstractNumId w:val="5"/>
  </w:num>
  <w:num w:numId="4" w16cid:durableId="264271594">
    <w:abstractNumId w:val="4"/>
  </w:num>
  <w:num w:numId="5" w16cid:durableId="1904562223">
    <w:abstractNumId w:val="7"/>
  </w:num>
  <w:num w:numId="6" w16cid:durableId="23332481">
    <w:abstractNumId w:val="3"/>
  </w:num>
  <w:num w:numId="7" w16cid:durableId="942498700">
    <w:abstractNumId w:val="2"/>
  </w:num>
  <w:num w:numId="8" w16cid:durableId="707680372">
    <w:abstractNumId w:val="1"/>
  </w:num>
  <w:num w:numId="9" w16cid:durableId="38544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972"/>
    <w:rsid w:val="0029639D"/>
    <w:rsid w:val="00326F90"/>
    <w:rsid w:val="008B3157"/>
    <w:rsid w:val="00AA1D8D"/>
    <w:rsid w:val="00B47730"/>
    <w:rsid w:val="00C405A8"/>
    <w:rsid w:val="00CB0664"/>
    <w:rsid w:val="00F17046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1808B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3</cp:revision>
  <dcterms:created xsi:type="dcterms:W3CDTF">2026-09-02T07:26:00Z</dcterms:created>
  <dcterms:modified xsi:type="dcterms:W3CDTF">2026-09-29T05:56:00Z</dcterms:modified>
  <cp:category/>
</cp:coreProperties>
</file>