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6C9FCF" w14:textId="77777777" w:rsidR="006D248D" w:rsidRDefault="00334416">
      <w:pPr>
        <w:spacing w:after="240"/>
        <w:jc w:val="center"/>
      </w:pPr>
      <w:r>
        <w:rPr>
          <w:b/>
          <w:color w:val="1B365D"/>
          <w:sz w:val="24"/>
        </w:rPr>
        <w:t>OBRAZAC B</w:t>
      </w:r>
    </w:p>
    <w:p w14:paraId="3F3B6B6A" w14:textId="77777777" w:rsidR="006D248D" w:rsidRDefault="00334416">
      <w:pPr>
        <w:spacing w:after="40"/>
        <w:jc w:val="center"/>
      </w:pPr>
      <w:r>
        <w:rPr>
          <w:b/>
          <w:color w:val="1B365D"/>
          <w:sz w:val="28"/>
        </w:rPr>
        <w:t>PROGRAM B - SPORTSKE AKTIVNOSTI DJECE, MLADEŽI I STUDENATA U 2027.</w:t>
      </w:r>
    </w:p>
    <w:p w14:paraId="6594A995" w14:textId="77777777" w:rsidR="006D248D" w:rsidRDefault="00334416">
      <w:pPr>
        <w:spacing w:before="120"/>
      </w:pPr>
      <w:r>
        <w:t>1. Sportske aktivnosti djece predškolske dobi</w:t>
      </w:r>
      <w:r>
        <w:br/>
        <w:t>2. Organizacija i provedba školskih sportskih aktivnosti</w:t>
      </w:r>
      <w:r>
        <w:br/>
        <w:t>3. Organizacija i provedba visokoučilišnih sportskih aktivnosti</w:t>
      </w:r>
      <w:r>
        <w:br/>
      </w:r>
      <w:r>
        <w:br/>
      </w:r>
      <w:r>
        <w:rPr>
          <w:i/>
          <w:sz w:val="18"/>
        </w:rPr>
        <w:t>(Zaokružiti samo jedan program)</w:t>
      </w:r>
    </w:p>
    <w:p w14:paraId="133AA9E6" w14:textId="77777777" w:rsidR="006D248D" w:rsidRDefault="00334416">
      <w:pPr>
        <w:spacing w:after="240"/>
      </w:pPr>
      <w:r>
        <w:rPr>
          <w:b/>
          <w:color w:val="1B365D"/>
        </w:rPr>
        <w:t xml:space="preserve">Predlagač programa: </w:t>
      </w:r>
      <w:r>
        <w:t>____________________________________________________</w:t>
      </w:r>
      <w:r>
        <w:br/>
      </w:r>
      <w:r>
        <w:br/>
      </w:r>
      <w:r>
        <w:rPr>
          <w:b/>
          <w:color w:val="1B365D"/>
        </w:rPr>
        <w:t xml:space="preserve">Naziv programa: </w:t>
      </w:r>
      <w:r>
        <w:t>__________________________________________________________</w:t>
      </w:r>
    </w:p>
    <w:p w14:paraId="4C949E31" w14:textId="77777777" w:rsidR="006D248D" w:rsidRDefault="00334416">
      <w:pPr>
        <w:keepNext/>
        <w:spacing w:before="280" w:after="120"/>
      </w:pPr>
      <w:r>
        <w:rPr>
          <w:b/>
          <w:color w:val="1B365D"/>
          <w:sz w:val="22"/>
        </w:rPr>
        <w:t>OPIS PROGRAMA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9504"/>
      </w:tblGrid>
      <w:tr w:rsidR="006D248D" w14:paraId="2CC3B87E" w14:textId="77777777">
        <w:trPr>
          <w:jc w:val="center"/>
        </w:trPr>
        <w:tc>
          <w:tcPr>
            <w:tcW w:w="9504" w:type="dxa"/>
            <w:shd w:val="clear" w:color="auto" w:fill="1B365D"/>
          </w:tcPr>
          <w:p w14:paraId="7C859C22" w14:textId="77777777" w:rsidR="006D248D" w:rsidRDefault="00334416">
            <w:r>
              <w:rPr>
                <w:b/>
                <w:color w:val="FFFFFF"/>
              </w:rPr>
              <w:t>Sadržaj i opis programa (upisati tekst):</w:t>
            </w:r>
          </w:p>
        </w:tc>
      </w:tr>
      <w:tr w:rsidR="006D248D" w14:paraId="1555DDB7" w14:textId="77777777">
        <w:trPr>
          <w:jc w:val="center"/>
        </w:trPr>
        <w:tc>
          <w:tcPr>
            <w:tcW w:w="950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89823A" w14:textId="77777777" w:rsidR="006D248D" w:rsidRDefault="00334416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</w:tbl>
    <w:p w14:paraId="1A2765A9" w14:textId="77777777" w:rsidR="006D248D" w:rsidRDefault="00334416">
      <w:pPr>
        <w:keepNext/>
        <w:spacing w:before="280" w:after="120"/>
      </w:pPr>
      <w:r>
        <w:rPr>
          <w:b/>
          <w:color w:val="1B365D"/>
          <w:sz w:val="22"/>
        </w:rPr>
        <w:t xml:space="preserve">SKRAĆENI </w:t>
      </w:r>
      <w:r>
        <w:rPr>
          <w:b/>
          <w:color w:val="1B365D"/>
          <w:sz w:val="22"/>
        </w:rPr>
        <w:t>FINANCIJSKI PLAN PROGRAMA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864"/>
        <w:gridCol w:w="6336"/>
        <w:gridCol w:w="2304"/>
      </w:tblGrid>
      <w:tr w:rsidR="006D248D" w14:paraId="43396D5A" w14:textId="77777777">
        <w:trPr>
          <w:jc w:val="center"/>
        </w:trPr>
        <w:tc>
          <w:tcPr>
            <w:tcW w:w="86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73D65D" w14:textId="77777777" w:rsidR="006D248D" w:rsidRDefault="00334416">
            <w:r>
              <w:rPr>
                <w:b/>
                <w:color w:val="FFFFFF"/>
                <w:sz w:val="18"/>
              </w:rPr>
              <w:t>R.B.</w:t>
            </w:r>
          </w:p>
        </w:tc>
        <w:tc>
          <w:tcPr>
            <w:tcW w:w="6336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F3A30D" w14:textId="77777777" w:rsidR="006D248D" w:rsidRDefault="00334416">
            <w:r>
              <w:rPr>
                <w:b/>
                <w:color w:val="FFFFFF"/>
                <w:sz w:val="18"/>
              </w:rPr>
              <w:t>PRIHODI</w:t>
            </w:r>
          </w:p>
        </w:tc>
        <w:tc>
          <w:tcPr>
            <w:tcW w:w="230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C2E78B" w14:textId="77777777" w:rsidR="006D248D" w:rsidRDefault="00334416">
            <w:r>
              <w:rPr>
                <w:b/>
                <w:color w:val="FFFFFF"/>
                <w:sz w:val="18"/>
              </w:rPr>
              <w:t>IZNOS (EUR)</w:t>
            </w:r>
          </w:p>
        </w:tc>
      </w:tr>
      <w:tr w:rsidR="006D248D" w14:paraId="61FE424E" w14:textId="77777777">
        <w:trPr>
          <w:jc w:val="center"/>
        </w:trPr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24F5D5" w14:textId="77777777" w:rsidR="006D248D" w:rsidRDefault="00334416">
            <w:r>
              <w:rPr>
                <w:sz w:val="18"/>
              </w:rPr>
              <w:t>1.</w:t>
            </w:r>
          </w:p>
        </w:tc>
        <w:tc>
          <w:tcPr>
            <w:tcW w:w="633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F7A194" w14:textId="77777777" w:rsidR="006D248D" w:rsidRDefault="00334416">
            <w:r>
              <w:rPr>
                <w:sz w:val="18"/>
              </w:rPr>
              <w:t>Prihod od proračuna Grada / RSS</w:t>
            </w:r>
          </w:p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FE8341" w14:textId="77777777" w:rsidR="006D248D" w:rsidRDefault="006D248D"/>
        </w:tc>
      </w:tr>
      <w:tr w:rsidR="006D248D" w14:paraId="2A8D97EE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42A78A" w14:textId="77777777" w:rsidR="006D248D" w:rsidRDefault="00334416">
            <w:r>
              <w:rPr>
                <w:sz w:val="18"/>
              </w:rPr>
              <w:t>2.</w:t>
            </w:r>
          </w:p>
        </w:tc>
        <w:tc>
          <w:tcPr>
            <w:tcW w:w="633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2246FB" w14:textId="77777777" w:rsidR="006D248D" w:rsidRDefault="00334416">
            <w:r>
              <w:rPr>
                <w:sz w:val="18"/>
              </w:rPr>
              <w:t>Prihod od proračuna Županije</w:t>
            </w:r>
          </w:p>
        </w:tc>
        <w:tc>
          <w:tcPr>
            <w:tcW w:w="230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09C9BF" w14:textId="77777777" w:rsidR="006D248D" w:rsidRDefault="006D248D"/>
        </w:tc>
      </w:tr>
      <w:tr w:rsidR="006D248D" w14:paraId="7932C010" w14:textId="77777777">
        <w:trPr>
          <w:jc w:val="center"/>
        </w:trPr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50A5377" w14:textId="77777777" w:rsidR="006D248D" w:rsidRDefault="00334416">
            <w:r>
              <w:rPr>
                <w:sz w:val="18"/>
              </w:rPr>
              <w:t>3.</w:t>
            </w:r>
          </w:p>
        </w:tc>
        <w:tc>
          <w:tcPr>
            <w:tcW w:w="633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30B314" w14:textId="77777777" w:rsidR="006D248D" w:rsidRDefault="00334416">
            <w:r>
              <w:rPr>
                <w:sz w:val="18"/>
              </w:rPr>
              <w:t>Vlastiti prihodi</w:t>
            </w:r>
          </w:p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52DE9C" w14:textId="77777777" w:rsidR="006D248D" w:rsidRDefault="006D248D"/>
        </w:tc>
      </w:tr>
      <w:tr w:rsidR="006D248D" w14:paraId="5D4C71C3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AFF2B43" w14:textId="77777777" w:rsidR="006D248D" w:rsidRDefault="00334416">
            <w:r>
              <w:rPr>
                <w:sz w:val="18"/>
              </w:rPr>
              <w:t>4.</w:t>
            </w:r>
          </w:p>
        </w:tc>
        <w:tc>
          <w:tcPr>
            <w:tcW w:w="633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2B7026" w14:textId="77777777" w:rsidR="006D248D" w:rsidRDefault="00334416">
            <w:r>
              <w:rPr>
                <w:sz w:val="18"/>
              </w:rPr>
              <w:t>Prihodi od sponzora i donatora</w:t>
            </w:r>
          </w:p>
        </w:tc>
        <w:tc>
          <w:tcPr>
            <w:tcW w:w="230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7A2E3C" w14:textId="77777777" w:rsidR="006D248D" w:rsidRDefault="006D248D"/>
        </w:tc>
      </w:tr>
      <w:tr w:rsidR="006D248D" w14:paraId="44F79081" w14:textId="77777777">
        <w:trPr>
          <w:jc w:val="center"/>
        </w:trPr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B527FF" w14:textId="77777777" w:rsidR="006D248D" w:rsidRDefault="00334416">
            <w:r>
              <w:rPr>
                <w:sz w:val="18"/>
              </w:rPr>
              <w:t>5.</w:t>
            </w:r>
          </w:p>
        </w:tc>
        <w:tc>
          <w:tcPr>
            <w:tcW w:w="633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CC3987" w14:textId="77777777" w:rsidR="006D248D" w:rsidRDefault="00334416">
            <w:r>
              <w:rPr>
                <w:sz w:val="18"/>
              </w:rPr>
              <w:t>Prihodi od EU projekata</w:t>
            </w:r>
          </w:p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C7CC5C" w14:textId="77777777" w:rsidR="006D248D" w:rsidRDefault="006D248D"/>
        </w:tc>
      </w:tr>
      <w:tr w:rsidR="006D248D" w14:paraId="465E7325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6F8FB5" w14:textId="77777777" w:rsidR="006D248D" w:rsidRDefault="00334416">
            <w:r>
              <w:rPr>
                <w:sz w:val="18"/>
              </w:rPr>
              <w:t>6.</w:t>
            </w:r>
          </w:p>
        </w:tc>
        <w:tc>
          <w:tcPr>
            <w:tcW w:w="633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E913B5" w14:textId="77777777" w:rsidR="006D248D" w:rsidRDefault="00334416">
            <w:r>
              <w:rPr>
                <w:sz w:val="18"/>
              </w:rPr>
              <w:t>Ostali prihodi</w:t>
            </w:r>
          </w:p>
        </w:tc>
        <w:tc>
          <w:tcPr>
            <w:tcW w:w="230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A5D161" w14:textId="77777777" w:rsidR="006D248D" w:rsidRDefault="006D248D"/>
        </w:tc>
      </w:tr>
      <w:tr w:rsidR="006D248D" w14:paraId="1361C3FF" w14:textId="77777777">
        <w:trPr>
          <w:jc w:val="center"/>
        </w:trPr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74247D" w14:textId="77777777" w:rsidR="006D248D" w:rsidRDefault="006D248D"/>
        </w:tc>
        <w:tc>
          <w:tcPr>
            <w:tcW w:w="633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A8A546" w14:textId="77777777" w:rsidR="006D248D" w:rsidRDefault="00334416">
            <w:r>
              <w:rPr>
                <w:b/>
                <w:sz w:val="18"/>
              </w:rPr>
              <w:t>UKUPNO PRIHODI</w:t>
            </w:r>
          </w:p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D974C7" w14:textId="77777777" w:rsidR="006D248D" w:rsidRDefault="006D248D"/>
        </w:tc>
      </w:tr>
    </w:tbl>
    <w:p w14:paraId="28A8CEFA" w14:textId="77777777" w:rsidR="006D248D" w:rsidRDefault="006D248D">
      <w:pPr>
        <w:spacing w:before="120"/>
      </w:pPr>
    </w:p>
    <w:p w14:paraId="390FFFD9" w14:textId="77777777" w:rsidR="001646FC" w:rsidRDefault="001646FC">
      <w:pPr>
        <w:spacing w:before="120"/>
      </w:pP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864"/>
        <w:gridCol w:w="6336"/>
        <w:gridCol w:w="2304"/>
      </w:tblGrid>
      <w:tr w:rsidR="006D248D" w14:paraId="6C2E0560" w14:textId="77777777">
        <w:trPr>
          <w:jc w:val="center"/>
        </w:trPr>
        <w:tc>
          <w:tcPr>
            <w:tcW w:w="86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190F47" w14:textId="77777777" w:rsidR="006D248D" w:rsidRDefault="00334416">
            <w:r>
              <w:rPr>
                <w:b/>
                <w:color w:val="FFFFFF"/>
                <w:sz w:val="18"/>
              </w:rPr>
              <w:lastRenderedPageBreak/>
              <w:t>R.B.</w:t>
            </w:r>
          </w:p>
        </w:tc>
        <w:tc>
          <w:tcPr>
            <w:tcW w:w="6336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6C1B6B" w14:textId="77777777" w:rsidR="006D248D" w:rsidRDefault="00334416">
            <w:r>
              <w:rPr>
                <w:b/>
                <w:color w:val="FFFFFF"/>
                <w:sz w:val="18"/>
              </w:rPr>
              <w:t>RASHODI</w:t>
            </w:r>
          </w:p>
        </w:tc>
        <w:tc>
          <w:tcPr>
            <w:tcW w:w="230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649ED4" w14:textId="77777777" w:rsidR="006D248D" w:rsidRDefault="00334416">
            <w:r>
              <w:rPr>
                <w:b/>
                <w:color w:val="FFFFFF"/>
                <w:sz w:val="18"/>
              </w:rPr>
              <w:t>IZNOS (EUR)</w:t>
            </w:r>
          </w:p>
        </w:tc>
      </w:tr>
      <w:tr w:rsidR="006D248D" w14:paraId="2366AFF7" w14:textId="77777777">
        <w:trPr>
          <w:jc w:val="center"/>
        </w:trPr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913653" w14:textId="77777777" w:rsidR="006D248D" w:rsidRDefault="00334416">
            <w:r>
              <w:rPr>
                <w:sz w:val="18"/>
              </w:rPr>
              <w:t>1.</w:t>
            </w:r>
          </w:p>
        </w:tc>
        <w:tc>
          <w:tcPr>
            <w:tcW w:w="633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DDF122" w14:textId="77777777" w:rsidR="006D248D" w:rsidRDefault="006D248D"/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787D2B" w14:textId="77777777" w:rsidR="006D248D" w:rsidRDefault="006D248D"/>
        </w:tc>
      </w:tr>
      <w:tr w:rsidR="006D248D" w14:paraId="25D6A2E5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796C4D" w14:textId="77777777" w:rsidR="006D248D" w:rsidRDefault="00334416">
            <w:r>
              <w:rPr>
                <w:sz w:val="18"/>
              </w:rPr>
              <w:t>2.</w:t>
            </w:r>
          </w:p>
        </w:tc>
        <w:tc>
          <w:tcPr>
            <w:tcW w:w="633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3C8A16" w14:textId="77777777" w:rsidR="006D248D" w:rsidRDefault="006D248D"/>
        </w:tc>
        <w:tc>
          <w:tcPr>
            <w:tcW w:w="230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8A25BD" w14:textId="77777777" w:rsidR="006D248D" w:rsidRDefault="006D248D"/>
        </w:tc>
      </w:tr>
      <w:tr w:rsidR="006D248D" w14:paraId="2B25F6C4" w14:textId="77777777">
        <w:trPr>
          <w:jc w:val="center"/>
        </w:trPr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33FFDC" w14:textId="77777777" w:rsidR="006D248D" w:rsidRDefault="00334416">
            <w:r>
              <w:rPr>
                <w:sz w:val="18"/>
              </w:rPr>
              <w:t>3.</w:t>
            </w:r>
          </w:p>
        </w:tc>
        <w:tc>
          <w:tcPr>
            <w:tcW w:w="633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EB7E81" w14:textId="77777777" w:rsidR="006D248D" w:rsidRDefault="006D248D"/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60DDB2" w14:textId="77777777" w:rsidR="006D248D" w:rsidRDefault="006D248D"/>
        </w:tc>
      </w:tr>
      <w:tr w:rsidR="006D248D" w14:paraId="6DD4C391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7895D7" w14:textId="77777777" w:rsidR="006D248D" w:rsidRDefault="00334416">
            <w:r>
              <w:rPr>
                <w:sz w:val="18"/>
              </w:rPr>
              <w:t>4.</w:t>
            </w:r>
          </w:p>
        </w:tc>
        <w:tc>
          <w:tcPr>
            <w:tcW w:w="633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1954BD" w14:textId="77777777" w:rsidR="006D248D" w:rsidRDefault="006D248D"/>
        </w:tc>
        <w:tc>
          <w:tcPr>
            <w:tcW w:w="230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D4A542" w14:textId="77777777" w:rsidR="006D248D" w:rsidRDefault="006D248D"/>
        </w:tc>
      </w:tr>
      <w:tr w:rsidR="006D248D" w14:paraId="523C9194" w14:textId="77777777">
        <w:trPr>
          <w:jc w:val="center"/>
        </w:trPr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5F95C7" w14:textId="77777777" w:rsidR="006D248D" w:rsidRDefault="00334416">
            <w:r>
              <w:rPr>
                <w:sz w:val="18"/>
              </w:rPr>
              <w:t>5.</w:t>
            </w:r>
          </w:p>
        </w:tc>
        <w:tc>
          <w:tcPr>
            <w:tcW w:w="633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01AFC2" w14:textId="77777777" w:rsidR="006D248D" w:rsidRDefault="006D248D"/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C095B9" w14:textId="77777777" w:rsidR="006D248D" w:rsidRDefault="006D248D"/>
        </w:tc>
      </w:tr>
      <w:tr w:rsidR="006D248D" w14:paraId="6ED402A0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A9BD85" w14:textId="77777777" w:rsidR="006D248D" w:rsidRDefault="00334416">
            <w:r>
              <w:rPr>
                <w:sz w:val="18"/>
              </w:rPr>
              <w:t>6.</w:t>
            </w:r>
          </w:p>
        </w:tc>
        <w:tc>
          <w:tcPr>
            <w:tcW w:w="633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D88098" w14:textId="77777777" w:rsidR="006D248D" w:rsidRDefault="006D248D"/>
        </w:tc>
        <w:tc>
          <w:tcPr>
            <w:tcW w:w="230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CA02A3" w14:textId="77777777" w:rsidR="006D248D" w:rsidRDefault="006D248D"/>
        </w:tc>
      </w:tr>
      <w:tr w:rsidR="006D248D" w14:paraId="5A0DE1EA" w14:textId="77777777">
        <w:trPr>
          <w:jc w:val="center"/>
        </w:trPr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75A50A" w14:textId="77777777" w:rsidR="006D248D" w:rsidRDefault="006D248D"/>
        </w:tc>
        <w:tc>
          <w:tcPr>
            <w:tcW w:w="633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4966A4" w14:textId="77777777" w:rsidR="006D248D" w:rsidRDefault="00334416">
            <w:r>
              <w:rPr>
                <w:b/>
                <w:sz w:val="18"/>
              </w:rPr>
              <w:t>UKUPNO RASHODI</w:t>
            </w:r>
          </w:p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F3A500" w14:textId="77777777" w:rsidR="006D248D" w:rsidRDefault="006D248D"/>
        </w:tc>
      </w:tr>
    </w:tbl>
    <w:p w14:paraId="61A0C405" w14:textId="77777777" w:rsidR="006D248D" w:rsidRDefault="00334416">
      <w:pPr>
        <w:spacing w:before="80" w:after="120"/>
      </w:pPr>
      <w:r>
        <w:rPr>
          <w:i/>
          <w:color w:val="646464"/>
          <w:sz w:val="17"/>
        </w:rPr>
        <w:t>* Uz obrazac potrebno je dostaviti detaljan elaborat koji će sadržavati:</w:t>
      </w:r>
      <w:r>
        <w:rPr>
          <w:i/>
          <w:color w:val="646464"/>
          <w:sz w:val="17"/>
        </w:rPr>
        <w:br/>
        <w:t xml:space="preserve">  1. Detaljan opis programa s procjenom osoba uključenih u program</w:t>
      </w:r>
      <w:r>
        <w:rPr>
          <w:i/>
          <w:color w:val="646464"/>
          <w:sz w:val="17"/>
        </w:rPr>
        <w:br/>
      </w:r>
      <w:r>
        <w:rPr>
          <w:i/>
          <w:color w:val="646464"/>
          <w:sz w:val="17"/>
        </w:rPr>
        <w:t xml:space="preserve">  2. Opis važnosti provedbe programa za sudionike i za sport grada Rijeke</w:t>
      </w:r>
      <w:r>
        <w:rPr>
          <w:i/>
          <w:color w:val="646464"/>
          <w:sz w:val="17"/>
        </w:rPr>
        <w:br/>
        <w:t xml:space="preserve">  3. Detaljan financijski plan s istaknutim troškovima za pojedine sportove</w:t>
      </w:r>
      <w:r>
        <w:rPr>
          <w:i/>
          <w:color w:val="646464"/>
          <w:sz w:val="17"/>
        </w:rPr>
        <w:br/>
        <w:t xml:space="preserve">  4. Organizacijsku strukturu (kadrovi) koji će provesti program</w:t>
      </w:r>
    </w:p>
    <w:p w14:paraId="6F8CD0E0" w14:textId="77777777" w:rsidR="006D248D" w:rsidRDefault="00334416">
      <w:pPr>
        <w:spacing w:before="280"/>
      </w:pPr>
      <w:r>
        <w:t>Potpisom ovog dokumenta, kao ovlaštena os</w:t>
      </w:r>
      <w:r>
        <w:t>oba udruge u skladu sa Statutom udruge i svim zakonskim odredbama Republike Hrvatske, pod punom odgovornošću potvrđujem da su svi podaci navedeni u obrascima točni, a priložena dokumentacija vjerodostojna.</w:t>
      </w:r>
    </w:p>
    <w:p w14:paraId="0E4A6ECD" w14:textId="661F0693" w:rsidR="004C6EC4" w:rsidRPr="00334416" w:rsidRDefault="00334416" w:rsidP="00334416">
      <w:pPr>
        <w:spacing w:after="80"/>
      </w:pPr>
      <w:r>
        <w:t>Ime i prezime ovlaštene osobe: ___________________</w:t>
      </w:r>
      <w:r>
        <w:t>___________________</w:t>
      </w:r>
      <w:r>
        <w:br/>
      </w:r>
      <w:r>
        <w:br/>
        <w:t>Vlastoručni potpis: ______________________________________</w:t>
      </w:r>
      <w:r>
        <w:br/>
      </w:r>
      <w:r>
        <w:br/>
        <w:t>Kontakt telefon ovlaštene osobe: ______________________________________</w:t>
      </w:r>
      <w:bookmarkStart w:id="0" w:name="_GoBack"/>
      <w:bookmarkEnd w:id="0"/>
    </w:p>
    <w:p w14:paraId="1D62D728" w14:textId="2A9AC37D" w:rsidR="006D248D" w:rsidRDefault="00334416">
      <w:pPr>
        <w:keepNext/>
        <w:spacing w:before="280" w:after="120"/>
      </w:pPr>
      <w:r>
        <w:rPr>
          <w:b/>
          <w:color w:val="1B365D"/>
          <w:sz w:val="22"/>
        </w:rPr>
        <w:t>UZ PRIJAVU OBRASCA B PREDANI SU SLJEDEĆI DOKUMENTI: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720"/>
        <w:gridCol w:w="3312"/>
        <w:gridCol w:w="720"/>
        <w:gridCol w:w="720"/>
        <w:gridCol w:w="3312"/>
        <w:gridCol w:w="720"/>
      </w:tblGrid>
      <w:tr w:rsidR="006D248D" w14:paraId="13CE5C72" w14:textId="77777777">
        <w:trPr>
          <w:jc w:val="center"/>
        </w:trPr>
        <w:tc>
          <w:tcPr>
            <w:tcW w:w="720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E4D878" w14:textId="77777777" w:rsidR="006D248D" w:rsidRDefault="00334416">
            <w:r>
              <w:rPr>
                <w:b/>
                <w:color w:val="FFFFFF"/>
                <w:sz w:val="18"/>
              </w:rPr>
              <w:t>R.B.</w:t>
            </w:r>
          </w:p>
        </w:tc>
        <w:tc>
          <w:tcPr>
            <w:tcW w:w="331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51639D" w14:textId="77777777" w:rsidR="006D248D" w:rsidRDefault="00334416">
            <w:r>
              <w:rPr>
                <w:b/>
                <w:color w:val="FFFFFF"/>
                <w:sz w:val="18"/>
              </w:rPr>
              <w:t>DOKUMENTI - OPĆI UVJETI</w:t>
            </w:r>
          </w:p>
        </w:tc>
        <w:tc>
          <w:tcPr>
            <w:tcW w:w="720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6746CB" w14:textId="77777777" w:rsidR="006D248D" w:rsidRDefault="00334416">
            <w:r>
              <w:rPr>
                <w:b/>
                <w:color w:val="FFFFFF"/>
                <w:sz w:val="18"/>
              </w:rPr>
              <w:t>☑</w:t>
            </w:r>
          </w:p>
        </w:tc>
        <w:tc>
          <w:tcPr>
            <w:tcW w:w="720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139B88" w14:textId="77777777" w:rsidR="006D248D" w:rsidRDefault="00334416">
            <w:r>
              <w:rPr>
                <w:b/>
                <w:color w:val="FFFFFF"/>
                <w:sz w:val="18"/>
              </w:rPr>
              <w:t>R.B.</w:t>
            </w:r>
          </w:p>
        </w:tc>
        <w:tc>
          <w:tcPr>
            <w:tcW w:w="331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429CAF" w14:textId="77777777" w:rsidR="006D248D" w:rsidRDefault="00334416">
            <w:r>
              <w:rPr>
                <w:b/>
                <w:color w:val="FFFFFF"/>
                <w:sz w:val="18"/>
              </w:rPr>
              <w:t xml:space="preserve">DOKUMENTI - </w:t>
            </w:r>
            <w:r>
              <w:rPr>
                <w:b/>
                <w:color w:val="FFFFFF"/>
                <w:sz w:val="18"/>
              </w:rPr>
              <w:t>POSEBNI UVJETI</w:t>
            </w:r>
          </w:p>
        </w:tc>
        <w:tc>
          <w:tcPr>
            <w:tcW w:w="720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8184BE" w14:textId="77777777" w:rsidR="006D248D" w:rsidRDefault="00334416">
            <w:r>
              <w:rPr>
                <w:b/>
                <w:color w:val="FFFFFF"/>
                <w:sz w:val="18"/>
              </w:rPr>
              <w:t>☑</w:t>
            </w:r>
          </w:p>
        </w:tc>
      </w:tr>
      <w:tr w:rsidR="006D248D" w14:paraId="040B7A03" w14:textId="77777777">
        <w:trPr>
          <w:jc w:val="center"/>
        </w:trPr>
        <w:tc>
          <w:tcPr>
            <w:tcW w:w="72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BD4FB6" w14:textId="77777777" w:rsidR="006D248D" w:rsidRDefault="006D248D"/>
        </w:tc>
        <w:tc>
          <w:tcPr>
            <w:tcW w:w="33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A7F233" w14:textId="77777777" w:rsidR="006D248D" w:rsidRDefault="006D248D"/>
        </w:tc>
        <w:tc>
          <w:tcPr>
            <w:tcW w:w="72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037CC0" w14:textId="77777777" w:rsidR="006D248D" w:rsidRDefault="006D248D"/>
        </w:tc>
        <w:tc>
          <w:tcPr>
            <w:tcW w:w="72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D58CB8" w14:textId="77777777" w:rsidR="006D248D" w:rsidRDefault="006D248D"/>
        </w:tc>
        <w:tc>
          <w:tcPr>
            <w:tcW w:w="33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8446CF" w14:textId="77777777" w:rsidR="006D248D" w:rsidRDefault="006D248D"/>
        </w:tc>
        <w:tc>
          <w:tcPr>
            <w:tcW w:w="72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9D567A" w14:textId="77777777" w:rsidR="006D248D" w:rsidRDefault="006D248D"/>
        </w:tc>
      </w:tr>
      <w:tr w:rsidR="006D248D" w14:paraId="7F2BC23C" w14:textId="77777777">
        <w:trPr>
          <w:jc w:val="center"/>
        </w:trPr>
        <w:tc>
          <w:tcPr>
            <w:tcW w:w="72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5489F3" w14:textId="77777777" w:rsidR="006D248D" w:rsidRDefault="006D248D"/>
        </w:tc>
        <w:tc>
          <w:tcPr>
            <w:tcW w:w="33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3D0659" w14:textId="77777777" w:rsidR="006D248D" w:rsidRDefault="006D248D"/>
        </w:tc>
        <w:tc>
          <w:tcPr>
            <w:tcW w:w="72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293A5A" w14:textId="77777777" w:rsidR="006D248D" w:rsidRDefault="006D248D"/>
        </w:tc>
        <w:tc>
          <w:tcPr>
            <w:tcW w:w="72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B08D79" w14:textId="77777777" w:rsidR="006D248D" w:rsidRDefault="006D248D"/>
        </w:tc>
        <w:tc>
          <w:tcPr>
            <w:tcW w:w="33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3041AF" w14:textId="77777777" w:rsidR="006D248D" w:rsidRDefault="006D248D"/>
        </w:tc>
        <w:tc>
          <w:tcPr>
            <w:tcW w:w="72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54B189" w14:textId="77777777" w:rsidR="006D248D" w:rsidRDefault="006D248D"/>
        </w:tc>
      </w:tr>
    </w:tbl>
    <w:p w14:paraId="4CC78676" w14:textId="77777777" w:rsidR="006D248D" w:rsidRDefault="00334416">
      <w:pPr>
        <w:spacing w:before="280" w:after="80"/>
      </w:pPr>
      <w:r>
        <w:rPr>
          <w:b/>
        </w:rPr>
        <w:t>Ispunjava Riječki sportski savez:</w:t>
      </w:r>
      <w:r>
        <w:rPr>
          <w:b/>
        </w:rPr>
        <w:br/>
      </w:r>
      <w:r>
        <w:t>Datum primitka programa: ____________________</w:t>
      </w:r>
    </w:p>
    <w:p w14:paraId="1D7E30B7" w14:textId="77777777" w:rsidR="006D248D" w:rsidRDefault="00334416">
      <w:pPr>
        <w:spacing w:before="80" w:after="120"/>
      </w:pPr>
      <w:r>
        <w:rPr>
          <w:i/>
          <w:color w:val="646464"/>
          <w:sz w:val="17"/>
        </w:rPr>
        <w:t>* Po prijemu obrazaca, stručne službe Riječkog sportskog saveza uputit će korisnike o eventualnim nedostacima podnijete prijave.</w:t>
      </w:r>
    </w:p>
    <w:sectPr w:rsidR="006D248D" w:rsidSect="00034616">
      <w:pgSz w:w="11909" w:h="16834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46FC"/>
    <w:rsid w:val="0029639D"/>
    <w:rsid w:val="00326F90"/>
    <w:rsid w:val="00334416"/>
    <w:rsid w:val="004C6EC4"/>
    <w:rsid w:val="006D248D"/>
    <w:rsid w:val="00930EF3"/>
    <w:rsid w:val="00AA1D8D"/>
    <w:rsid w:val="00B353F1"/>
    <w:rsid w:val="00B47730"/>
    <w:rsid w:val="00CB0664"/>
    <w:rsid w:val="00F642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266390"/>
  <w14:defaultImageDpi w14:val="300"/>
  <w15:docId w15:val="{D613F643-7EB6-4AB5-A69A-8C9F5AC16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9F18B0-6A91-43DE-9F40-8395DC680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Mirjana Krizan</cp:lastModifiedBy>
  <cp:revision>5</cp:revision>
  <dcterms:created xsi:type="dcterms:W3CDTF">2026-09-02T07:24:00Z</dcterms:created>
  <dcterms:modified xsi:type="dcterms:W3CDTF">2026-09-29T14:23:00Z</dcterms:modified>
  <cp:category/>
</cp:coreProperties>
</file>