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B04" w:rsidRDefault="0091519C">
      <w:pPr>
        <w:spacing w:after="80"/>
        <w:jc w:val="center"/>
      </w:pPr>
      <w:r>
        <w:rPr>
          <w:b/>
          <w:color w:val="1B365D"/>
          <w:sz w:val="30"/>
        </w:rPr>
        <w:t>PROGRAM A - TRENINZI I NATJECANJA SPORTAŠA U 2027.</w:t>
      </w:r>
    </w:p>
    <w:p w:rsidR="00AD0B04" w:rsidRDefault="0091519C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</w:p>
    <w:p w:rsidR="00AD0B04" w:rsidRDefault="0091519C">
      <w:pPr>
        <w:spacing w:after="240"/>
        <w:jc w:val="center"/>
      </w:pPr>
      <w:r>
        <w:rPr>
          <w:b/>
          <w:color w:val="1B365D"/>
          <w:sz w:val="24"/>
        </w:rPr>
        <w:t>OBRAZAC A</w:t>
      </w: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I. PODACI O ČLANSTVU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048"/>
        <w:gridCol w:w="1152"/>
        <w:gridCol w:w="1152"/>
        <w:gridCol w:w="1152"/>
      </w:tblGrid>
      <w:tr w:rsidR="00AD0B04">
        <w:trPr>
          <w:jc w:val="center"/>
        </w:trPr>
        <w:tc>
          <w:tcPr>
            <w:tcW w:w="604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KATEGORIJA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M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Ž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UKUPNO</w:t>
            </w:r>
          </w:p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REGISTRIRANI SPORTAŠI U SUSTAVU NATJECANJA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Neregistrirani sportaši mlađih dobnih kategorija (sportska škola, obuka početnika...)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Ostali članovi kluba (članovi upravnih tijela, veterani i sl.)</w:t>
            </w:r>
          </w:p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b/>
                <w:sz w:val="18"/>
              </w:rPr>
              <w:t>UKUPNO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II. PODACI O REGISTRIRANIM SPORTAŠIMA U NATJECANJU PO DOBNIM KATEGORIJAMA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744"/>
        <w:gridCol w:w="2304"/>
        <w:gridCol w:w="1152"/>
        <w:gridCol w:w="1152"/>
        <w:gridCol w:w="1152"/>
      </w:tblGrid>
      <w:tr w:rsidR="00AD0B04">
        <w:trPr>
          <w:jc w:val="center"/>
        </w:trPr>
        <w:tc>
          <w:tcPr>
            <w:tcW w:w="374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 *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Godište (od-do)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M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Ž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UKUPNO</w:t>
            </w:r>
          </w:p>
        </w:tc>
      </w:tr>
      <w:tr w:rsidR="00AD0B04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b/>
                <w:sz w:val="18"/>
              </w:rPr>
              <w:t>UKUPNO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</w:pPr>
      <w:r>
        <w:rPr>
          <w:i/>
          <w:color w:val="646464"/>
          <w:sz w:val="17"/>
        </w:rPr>
        <w:t>* koristiti nomenklaturu (nazive dobnih kategorija) prema nacionalnom savezu</w:t>
      </w: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III. PODACI O REGISTRIRANIM AKTIVNIM SPORTAŠIMA / NATJECATELJIMA *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720"/>
        <w:gridCol w:w="2880"/>
        <w:gridCol w:w="1728"/>
        <w:gridCol w:w="2448"/>
        <w:gridCol w:w="1728"/>
      </w:tblGrid>
      <w:tr w:rsidR="00AD0B04">
        <w:trPr>
          <w:jc w:val="center"/>
        </w:trPr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288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Broj iskaznice</w:t>
            </w:r>
          </w:p>
        </w:tc>
        <w:tc>
          <w:tcPr>
            <w:tcW w:w="244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Kategorija sportaša (I.-VI. kat.)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Vrijeme trajanja kategorizacije</w:t>
            </w:r>
          </w:p>
        </w:tc>
      </w:tr>
      <w:tr w:rsidR="00AD0B04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4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4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4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4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</w:pPr>
      <w:r>
        <w:rPr>
          <w:i/>
          <w:color w:val="646464"/>
          <w:sz w:val="17"/>
        </w:rPr>
        <w:lastRenderedPageBreak/>
        <w:t>* Klubovi su obvezni dostaviti spisak registriranih sportaša potvrđen od nadležnog registracijskog tijela ili izvod potvrđen od nadležnog registracijskog tijela.</w:t>
      </w:r>
      <w:r>
        <w:rPr>
          <w:i/>
          <w:color w:val="646464"/>
          <w:sz w:val="17"/>
        </w:rPr>
        <w:br/>
        <w:t>* Ukoliko postoji ovjerena registracijska lista nadležnog saveza nije potrebno upisivati podatke u tablici.</w:t>
      </w:r>
      <w:r>
        <w:rPr>
          <w:i/>
          <w:color w:val="646464"/>
          <w:sz w:val="17"/>
        </w:rPr>
        <w:br/>
        <w:t>* Upisati podatke u tablici uz dodavanje potrebnog broja redova.</w:t>
      </w:r>
      <w:r>
        <w:rPr>
          <w:i/>
          <w:color w:val="646464"/>
          <w:sz w:val="17"/>
        </w:rPr>
        <w:br/>
        <w:t>* Obavezan popis kategoriziranih sportaša od I.-VI. kategorije prema klasifikaciji HOO i presliku Rješenja o kategorizaciji sportaša izdanog od strane HOO-a.</w:t>
      </w:r>
    </w:p>
    <w:p w:rsidR="00DA63AB" w:rsidRDefault="00DA63AB">
      <w:pPr>
        <w:keepNext/>
        <w:spacing w:before="280" w:after="120"/>
        <w:rPr>
          <w:b/>
          <w:color w:val="1B365D"/>
          <w:sz w:val="22"/>
        </w:rPr>
      </w:pP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IV. PODACI O KORIŠTENJU SPORTSKIH OBJEKATA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1008"/>
        <w:gridCol w:w="1296"/>
        <w:gridCol w:w="1800"/>
        <w:gridCol w:w="1800"/>
        <w:gridCol w:w="1800"/>
        <w:gridCol w:w="1800"/>
      </w:tblGrid>
      <w:tr w:rsidR="00C84721">
        <w:trPr>
          <w:tblHeader/>
          <w:jc w:val="center"/>
        </w:trPr>
        <w:tc>
          <w:tcPr>
            <w:tcW w:w="1008" w:type="dxa"/>
            <w:vMerge w:val="restart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r>
              <w:rPr>
                <w:b/>
                <w:color w:val="FFFFFF"/>
                <w:sz w:val="18"/>
              </w:rPr>
              <w:t>DAN</w:t>
            </w:r>
          </w:p>
        </w:tc>
        <w:tc>
          <w:tcPr>
            <w:tcW w:w="1296" w:type="dxa"/>
            <w:vMerge w:val="restart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r>
              <w:rPr>
                <w:b/>
                <w:color w:val="FFFFFF"/>
                <w:sz w:val="18"/>
              </w:rPr>
              <w:t>TIP</w:t>
            </w:r>
          </w:p>
        </w:tc>
        <w:tc>
          <w:tcPr>
            <w:tcW w:w="3600" w:type="dxa"/>
            <w:gridSpan w:val="2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DOBNA KATEGORIJA </w:t>
            </w:r>
          </w:p>
        </w:tc>
        <w:tc>
          <w:tcPr>
            <w:tcW w:w="3600" w:type="dxa"/>
            <w:gridSpan w:val="2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DOBNA KATEGORIJA </w:t>
            </w:r>
          </w:p>
        </w:tc>
      </w:tr>
      <w:tr w:rsidR="00C84721">
        <w:trPr>
          <w:tblHeader/>
          <w:jc w:val="center"/>
        </w:trPr>
        <w:tc>
          <w:tcPr>
            <w:tcW w:w="1008" w:type="dxa"/>
            <w:vMerge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C84721"/>
        </w:tc>
        <w:tc>
          <w:tcPr>
            <w:tcW w:w="1296" w:type="dxa"/>
            <w:vMerge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C84721"/>
        </w:tc>
        <w:tc>
          <w:tcPr>
            <w:tcW w:w="3600" w:type="dxa"/>
            <w:gridSpan w:val="2"/>
            <w:shd w:val="clear" w:color="auto" w:fill="FFFFFF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:rsidR="00C84721" w:rsidRDefault="00C84721">
            <w:pPr>
              <w:jc w:val="center"/>
            </w:pPr>
          </w:p>
        </w:tc>
        <w:tc>
          <w:tcPr>
            <w:tcW w:w="3600" w:type="dxa"/>
            <w:gridSpan w:val="2"/>
            <w:shd w:val="clear" w:color="auto" w:fill="FFFFFF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:rsidR="00C84721" w:rsidRDefault="00C84721">
            <w:pPr>
              <w:jc w:val="center"/>
            </w:pPr>
          </w:p>
        </w:tc>
      </w:tr>
      <w:tr w:rsidR="00C84721">
        <w:trPr>
          <w:tblHeader/>
          <w:jc w:val="center"/>
        </w:trPr>
        <w:tc>
          <w:tcPr>
            <w:tcW w:w="1008" w:type="dxa"/>
            <w:vMerge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C84721"/>
        </w:tc>
        <w:tc>
          <w:tcPr>
            <w:tcW w:w="1296" w:type="dxa"/>
            <w:vMerge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C84721"/>
        </w:tc>
        <w:tc>
          <w:tcPr>
            <w:tcW w:w="1800" w:type="dxa"/>
            <w:shd w:val="clear" w:color="auto" w:fill="2E5A8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pPr>
              <w:jc w:val="center"/>
            </w:pPr>
            <w:r>
              <w:rPr>
                <w:b/>
                <w:color w:val="FFFFFF"/>
                <w:sz w:val="18"/>
              </w:rPr>
              <w:t>Ujutro</w:t>
            </w:r>
          </w:p>
        </w:tc>
        <w:tc>
          <w:tcPr>
            <w:tcW w:w="1800" w:type="dxa"/>
            <w:shd w:val="clear" w:color="auto" w:fill="2E5A8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pPr>
              <w:jc w:val="center"/>
            </w:pPr>
            <w:r>
              <w:rPr>
                <w:b/>
                <w:color w:val="FFFFFF"/>
                <w:sz w:val="18"/>
              </w:rPr>
              <w:t>Popodne</w:t>
            </w:r>
          </w:p>
        </w:tc>
        <w:tc>
          <w:tcPr>
            <w:tcW w:w="1800" w:type="dxa"/>
            <w:shd w:val="clear" w:color="auto" w:fill="2E5A8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pPr>
              <w:jc w:val="center"/>
            </w:pPr>
            <w:r>
              <w:rPr>
                <w:b/>
                <w:color w:val="FFFFFF"/>
                <w:sz w:val="18"/>
              </w:rPr>
              <w:t>Ujutro</w:t>
            </w:r>
          </w:p>
        </w:tc>
        <w:tc>
          <w:tcPr>
            <w:tcW w:w="1800" w:type="dxa"/>
            <w:shd w:val="clear" w:color="auto" w:fill="2E5A8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84721" w:rsidRDefault="002D092D">
            <w:pPr>
              <w:jc w:val="center"/>
            </w:pPr>
            <w:r>
              <w:rPr>
                <w:b/>
                <w:color w:val="FFFFFF"/>
                <w:sz w:val="18"/>
              </w:rPr>
              <w:t>Popodne</w:t>
            </w:r>
          </w:p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PON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Termin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PON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Objekt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UTO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Termin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UTO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Objekt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SRI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Termin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SRI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Objekt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ČET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Termin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ČET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Objekt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PET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Termin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PET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Objekt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SUB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Termin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SUB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Objekt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</w:pPr>
      <w:r>
        <w:rPr>
          <w:i/>
          <w:color w:val="646464"/>
          <w:sz w:val="17"/>
        </w:rPr>
        <w:t>* Ispuniti za sve dobne kategorije koje su u programu rada kluba. U prazno polje ispod oznake „DOBNA KATEGORIJA 1/2“ upisati naziv dobne kategorije (koristiti nomenklaturu nacionalnog saveza, npr. U-11, kadeti, juniori).</w:t>
      </w:r>
      <w:r>
        <w:rPr>
          <w:i/>
          <w:color w:val="646464"/>
          <w:sz w:val="17"/>
        </w:rPr>
        <w:br/>
        <w:t>* Upisati termin održavanja treninga (npr. 9:00-11:00, 18:00-19:30). Moguće je upisati dva termina dnevno prema dobnoj kategoriji.</w:t>
      </w:r>
      <w:r>
        <w:rPr>
          <w:i/>
          <w:color w:val="646464"/>
          <w:sz w:val="17"/>
        </w:rPr>
        <w:br/>
        <w:t>* Upisati naziv objekta u kojem se provodi sportski program.</w:t>
      </w: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lastRenderedPageBreak/>
        <w:t>V. PODACI O STRUČNOM KADRU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720"/>
        <w:gridCol w:w="2592"/>
        <w:gridCol w:w="2160"/>
        <w:gridCol w:w="2304"/>
        <w:gridCol w:w="1728"/>
      </w:tblGrid>
      <w:tr w:rsidR="00AD0B04">
        <w:trPr>
          <w:jc w:val="center"/>
        </w:trPr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 *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SPORTSKA STRUČNA SPREMA **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RADNI STATUS ***</w:t>
            </w:r>
          </w:p>
        </w:tc>
      </w:tr>
      <w:tr w:rsidR="00AD0B04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</w:pPr>
      <w:r>
        <w:rPr>
          <w:i/>
          <w:color w:val="646464"/>
          <w:sz w:val="17"/>
        </w:rPr>
        <w:t>* Koristiti nomenklaturu nacionalnog saveza.</w:t>
      </w:r>
      <w:r>
        <w:rPr>
          <w:i/>
          <w:color w:val="646464"/>
          <w:sz w:val="17"/>
        </w:rPr>
        <w:br/>
        <w:t>** Upisati isključivo sportsku stručnu spremu u skladu sa Zakonom o sportu (dr.sc. kineziologije,</w:t>
      </w:r>
      <w:r>
        <w:t xml:space="preserve"> </w:t>
      </w:r>
      <w:r>
        <w:rPr>
          <w:i/>
          <w:color w:val="646464"/>
          <w:sz w:val="17"/>
        </w:rPr>
        <w:t xml:space="preserve">univ.mag.cin, univ.bacc.cin, trener prvostupnik </w:t>
      </w:r>
      <w:r>
        <w:rPr>
          <w:sz w:val="18"/>
          <w:szCs w:val="18"/>
        </w:rPr>
        <w:t xml:space="preserve">i licenca (HOA, HNS, NS, </w:t>
      </w:r>
      <w:proofErr w:type="spellStart"/>
      <w:r>
        <w:rPr>
          <w:sz w:val="18"/>
          <w:szCs w:val="18"/>
        </w:rPr>
        <w:t>ostalo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prema</w:t>
      </w:r>
      <w:proofErr w:type="spellEnd"/>
      <w:r>
        <w:rPr>
          <w:sz w:val="18"/>
          <w:szCs w:val="18"/>
        </w:rPr>
        <w:t xml:space="preserve"> ZOS</w:t>
      </w:r>
      <w:proofErr w:type="gramStart"/>
      <w:r>
        <w:rPr>
          <w:sz w:val="18"/>
          <w:szCs w:val="18"/>
        </w:rPr>
        <w:t xml:space="preserve">) </w:t>
      </w:r>
      <w:r w:rsidR="00DA63AB">
        <w:rPr>
          <w:sz w:val="18"/>
          <w:szCs w:val="18"/>
        </w:rPr>
        <w:t>,</w:t>
      </w:r>
      <w:proofErr w:type="gram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nem</w:t>
      </w:r>
      <w:r w:rsidR="00DA63AB">
        <w:rPr>
          <w:i/>
          <w:color w:val="646464"/>
          <w:sz w:val="17"/>
        </w:rPr>
        <w:t>a</w:t>
      </w:r>
      <w:proofErr w:type="spellEnd"/>
      <w:r>
        <w:rPr>
          <w:i/>
          <w:color w:val="646464"/>
          <w:sz w:val="17"/>
        </w:rPr>
        <w:t>.</w:t>
      </w:r>
      <w:r>
        <w:rPr>
          <w:i/>
          <w:color w:val="646464"/>
          <w:sz w:val="17"/>
        </w:rPr>
        <w:br/>
        <w:t>*** Zaposlenik, samostalna sportska djelatnost, obrt, honorarni suradnik, volonter, studentski ugovor, i sl.</w:t>
      </w: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VI. STRUČNI RAD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4032"/>
        <w:gridCol w:w="2304"/>
        <w:gridCol w:w="2304"/>
      </w:tblGrid>
      <w:tr w:rsidR="00AD0B04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403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SATI RADA MJESEČNO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SATI RADA GODIŠNJE</w:t>
            </w:r>
          </w:p>
        </w:tc>
      </w:tr>
      <w:tr w:rsidR="00AD0B04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VII. PLAN SLUŽBENIH NATJECANJA U 2027. *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1152"/>
        <w:gridCol w:w="5472"/>
        <w:gridCol w:w="2880"/>
      </w:tblGrid>
      <w:tr w:rsidR="00AD0B04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54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NAZIV I VRSTA NATJECANJA</w:t>
            </w:r>
          </w:p>
        </w:tc>
        <w:tc>
          <w:tcPr>
            <w:tcW w:w="288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</w:t>
            </w:r>
          </w:p>
        </w:tc>
      </w:tr>
      <w:tr w:rsidR="00AD0B04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54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54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54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DA63AB" w:rsidRPr="00DA63AB" w:rsidRDefault="0091519C" w:rsidP="00DA63AB">
      <w:pPr>
        <w:spacing w:before="40" w:after="120"/>
      </w:pPr>
      <w:r>
        <w:rPr>
          <w:i/>
          <w:color w:val="646464"/>
          <w:sz w:val="17"/>
        </w:rPr>
        <w:t xml:space="preserve">* Upisati samo službena natjecanja prema kalendaru nacionalnog saveza (npr. </w:t>
      </w:r>
      <w:proofErr w:type="spellStart"/>
      <w:r>
        <w:rPr>
          <w:i/>
          <w:color w:val="646464"/>
          <w:sz w:val="17"/>
        </w:rPr>
        <w:t>Prvenstva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Hrvatske</w:t>
      </w:r>
      <w:proofErr w:type="spellEnd"/>
      <w:r>
        <w:rPr>
          <w:i/>
          <w:color w:val="646464"/>
          <w:sz w:val="17"/>
        </w:rPr>
        <w:t xml:space="preserve">, </w:t>
      </w:r>
      <w:proofErr w:type="spellStart"/>
      <w:r>
        <w:rPr>
          <w:i/>
          <w:color w:val="646464"/>
          <w:sz w:val="17"/>
        </w:rPr>
        <w:t>Kup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Hrvatske</w:t>
      </w:r>
      <w:proofErr w:type="spellEnd"/>
      <w:r>
        <w:rPr>
          <w:i/>
          <w:color w:val="646464"/>
          <w:sz w:val="17"/>
        </w:rPr>
        <w:t xml:space="preserve">, </w:t>
      </w:r>
      <w:proofErr w:type="spellStart"/>
      <w:r>
        <w:rPr>
          <w:i/>
          <w:color w:val="646464"/>
          <w:sz w:val="17"/>
        </w:rPr>
        <w:t>kriterijska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natjecanja</w:t>
      </w:r>
      <w:proofErr w:type="spellEnd"/>
      <w:r>
        <w:rPr>
          <w:i/>
          <w:color w:val="646464"/>
          <w:sz w:val="17"/>
        </w:rPr>
        <w:t>).</w:t>
      </w: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VIII. IZRAČUN STANDARDNIH TROŠKOVA SLUŽBENIH NATJECANJA U 2027. *</w:t>
      </w:r>
    </w:p>
    <w:p w:rsidR="00AD0B04" w:rsidRDefault="0091519C">
      <w:pPr>
        <w:spacing w:before="40" w:after="120"/>
      </w:pPr>
      <w:r>
        <w:rPr>
          <w:i/>
          <w:color w:val="646464"/>
          <w:sz w:val="17"/>
        </w:rPr>
        <w:t>(Klubovi čiji nacionalni i županijski savezi nisu objavili kalendar natjecanja za 2027. godinu tj. sezonu 2026/2027. do dana prijave na Javni poziv, izračun temelje na kalendaru natjecanja za 2026. godinu tj. sezonu 2025/2026.)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048"/>
        <w:gridCol w:w="3456"/>
      </w:tblGrid>
      <w:tr w:rsidR="00AD0B04">
        <w:trPr>
          <w:jc w:val="center"/>
        </w:trPr>
        <w:tc>
          <w:tcPr>
            <w:tcW w:w="604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345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PODACI / IZNOS (EUR)</w:t>
            </w:r>
          </w:p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proofErr w:type="spellStart"/>
            <w:r>
              <w:rPr>
                <w:sz w:val="18"/>
              </w:rPr>
              <w:lastRenderedPageBreak/>
              <w:t>Naziv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vrsta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natjecanja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Mjesto natjecanja (upisuju samo individualni sportovi)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Predviđeni broj dana natjecanja (upisuju samo individualni sportovi)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Dobna kategorija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Broj osoba na putu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Trošak prijevoza prema Pravilniku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Trošak smještaja i/ili prehrane prema Pravilniku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Troškovi kotizacija, članarina, registracija, licenca, startnina i sl. prema Pravilniku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Troškovi organizacije službenih natjecanja kao domaćin prema Pravilniku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b/>
                <w:sz w:val="18"/>
              </w:rPr>
              <w:t>UKUPNO: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</w:pPr>
      <w:r>
        <w:rPr>
          <w:i/>
          <w:color w:val="646464"/>
          <w:sz w:val="17"/>
        </w:rPr>
        <w:t>* Prema planiranim natjecanjima iz stavke VII. prikazati troškove za svako službeno natjecanje posebno.</w:t>
      </w:r>
      <w:r>
        <w:rPr>
          <w:i/>
          <w:color w:val="646464"/>
          <w:sz w:val="17"/>
        </w:rPr>
        <w:br/>
        <w:t>* Ispuniti i dodati tablicu za svako natjecanje i dobnu kategoriju posebno.</w:t>
      </w:r>
      <w:r>
        <w:rPr>
          <w:i/>
          <w:color w:val="646464"/>
          <w:sz w:val="17"/>
        </w:rPr>
        <w:br/>
        <w:t>* Podatke u gore navedenoj tablici upisati isključivo prema Pravilniku o kriterijima za vrednovanje i odabir programa za izradu programa javnih potreba u sportu grada Rijeke.</w:t>
      </w: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IX. FINANCIJSKI PLAN ZA PLANIRANA SLUŽBENA NATJECANJA U 2027. *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1152"/>
        <w:gridCol w:w="5472"/>
        <w:gridCol w:w="2880"/>
      </w:tblGrid>
      <w:tr w:rsidR="00AD0B04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54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NAZIV NATJECANJA</w:t>
            </w:r>
          </w:p>
        </w:tc>
        <w:tc>
          <w:tcPr>
            <w:tcW w:w="288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UKUPAN IZNOS (EUR)</w:t>
            </w:r>
          </w:p>
        </w:tc>
      </w:tr>
      <w:tr w:rsidR="00AD0B04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54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54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8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54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b/>
                <w:sz w:val="18"/>
              </w:rPr>
              <w:t>UKUPNO</w:t>
            </w:r>
          </w:p>
        </w:tc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  <w:rPr>
          <w:i/>
          <w:color w:val="646464"/>
          <w:sz w:val="17"/>
        </w:rPr>
      </w:pPr>
      <w:r>
        <w:rPr>
          <w:i/>
          <w:color w:val="646464"/>
          <w:sz w:val="17"/>
        </w:rPr>
        <w:t xml:space="preserve">* Upisati za </w:t>
      </w:r>
      <w:proofErr w:type="spellStart"/>
      <w:r>
        <w:rPr>
          <w:i/>
          <w:color w:val="646464"/>
          <w:sz w:val="17"/>
        </w:rPr>
        <w:t>natjecanja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koja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su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navedena</w:t>
      </w:r>
      <w:proofErr w:type="spellEnd"/>
      <w:r>
        <w:rPr>
          <w:i/>
          <w:color w:val="646464"/>
          <w:sz w:val="17"/>
        </w:rPr>
        <w:t xml:space="preserve"> u </w:t>
      </w:r>
      <w:proofErr w:type="spellStart"/>
      <w:r>
        <w:rPr>
          <w:i/>
          <w:color w:val="646464"/>
          <w:sz w:val="17"/>
        </w:rPr>
        <w:t>točki</w:t>
      </w:r>
      <w:proofErr w:type="spellEnd"/>
      <w:r>
        <w:rPr>
          <w:i/>
          <w:color w:val="646464"/>
          <w:sz w:val="17"/>
        </w:rPr>
        <w:t xml:space="preserve"> VIII.</w:t>
      </w:r>
    </w:p>
    <w:p w:rsidR="00DA63AB" w:rsidRDefault="00DA63AB">
      <w:pPr>
        <w:spacing w:before="40" w:after="120"/>
      </w:pPr>
    </w:p>
    <w:p w:rsidR="00DA63AB" w:rsidRDefault="00DA63AB">
      <w:pPr>
        <w:spacing w:before="40" w:after="120"/>
      </w:pPr>
    </w:p>
    <w:p w:rsidR="00DA63AB" w:rsidRDefault="00DA63AB">
      <w:pPr>
        <w:spacing w:before="40" w:after="120"/>
      </w:pPr>
    </w:p>
    <w:p w:rsidR="00DA63AB" w:rsidRDefault="00DA63AB">
      <w:pPr>
        <w:spacing w:before="40" w:after="120"/>
      </w:pPr>
    </w:p>
    <w:p w:rsidR="00DA63AB" w:rsidRDefault="00DA63AB">
      <w:pPr>
        <w:spacing w:before="40" w:after="120"/>
      </w:pP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lastRenderedPageBreak/>
        <w:t>X. PROJEKCIJA FINANCIJSKOG PLANA ZA 2027.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912"/>
        <w:gridCol w:w="2592"/>
      </w:tblGrid>
      <w:tr w:rsidR="00AD0B04">
        <w:trPr>
          <w:jc w:val="center"/>
        </w:trPr>
        <w:tc>
          <w:tcPr>
            <w:tcW w:w="69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PRIHODI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Prihodi redovna aktivnost - RSS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Prihodi - stručni rad - RSS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Prihodi - potpore loptačkim sportovima - RSS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potpore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specifičnim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individualnim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sportovima</w:t>
            </w:r>
            <w:proofErr w:type="spellEnd"/>
            <w:r>
              <w:rPr>
                <w:sz w:val="18"/>
              </w:rPr>
              <w:t xml:space="preserve"> - RSS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perspektivni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sportaši</w:t>
            </w:r>
            <w:proofErr w:type="spellEnd"/>
            <w:r>
              <w:rPr>
                <w:sz w:val="18"/>
              </w:rPr>
              <w:t xml:space="preserve"> - RSS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nacionalna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natjecanja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međunarodna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natjecanja</w:t>
            </w:r>
            <w:proofErr w:type="spellEnd"/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redovnog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poslovanja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sportskih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objekata</w:t>
            </w:r>
            <w:proofErr w:type="spellEnd"/>
            <w:r>
              <w:rPr>
                <w:sz w:val="18"/>
              </w:rPr>
              <w:t xml:space="preserve"> - RSS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članarina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kotizacije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natjecanje</w:t>
            </w:r>
            <w:proofErr w:type="spellEnd"/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školski</w:t>
            </w:r>
            <w:proofErr w:type="spellEnd"/>
            <w:r>
              <w:rPr>
                <w:sz w:val="18"/>
              </w:rPr>
              <w:t xml:space="preserve"> sport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sponzorstvo</w:t>
            </w:r>
            <w:proofErr w:type="spellEnd"/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donacije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EU </w:t>
            </w:r>
            <w:proofErr w:type="spellStart"/>
            <w:r>
              <w:rPr>
                <w:sz w:val="18"/>
              </w:rPr>
              <w:t>projekata</w:t>
            </w:r>
            <w:proofErr w:type="spellEnd"/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ostali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izvori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financiranja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državni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</w:t>
            </w:r>
            <w:proofErr w:type="spellEnd"/>
            <w:r>
              <w:rPr>
                <w:sz w:val="18"/>
              </w:rPr>
              <w:t xml:space="preserve">, HOO, </w:t>
            </w:r>
            <w:proofErr w:type="spellStart"/>
            <w:r>
              <w:rPr>
                <w:sz w:val="18"/>
              </w:rPr>
              <w:t>lokalna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samouprava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nacionalni</w:t>
            </w:r>
            <w:proofErr w:type="spellEnd"/>
            <w:r>
              <w:rPr>
                <w:sz w:val="18"/>
              </w:rPr>
              <w:t xml:space="preserve"> savez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sl...)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ostalo</w:t>
            </w:r>
            <w:proofErr w:type="spellEnd"/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  <w:tr w:rsidR="00DA63AB" w:rsidTr="00DA63AB">
        <w:trPr>
          <w:jc w:val="center"/>
        </w:trPr>
        <w:tc>
          <w:tcPr>
            <w:tcW w:w="6912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>
            <w:r>
              <w:rPr>
                <w:b/>
                <w:sz w:val="18"/>
              </w:rPr>
              <w:t>UKUPNO PRIHODI</w:t>
            </w:r>
          </w:p>
        </w:tc>
        <w:tc>
          <w:tcPr>
            <w:tcW w:w="2592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A63AB" w:rsidRDefault="00DA63AB" w:rsidP="00DA63AB"/>
        </w:tc>
      </w:tr>
    </w:tbl>
    <w:p w:rsidR="00AD0B04" w:rsidRDefault="00AD0B04">
      <w:pPr>
        <w:spacing w:before="120"/>
      </w:pP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912"/>
        <w:gridCol w:w="2592"/>
      </w:tblGrid>
      <w:tr w:rsidR="00AD0B04">
        <w:trPr>
          <w:jc w:val="center"/>
        </w:trPr>
        <w:tc>
          <w:tcPr>
            <w:tcW w:w="69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lastRenderedPageBreak/>
              <w:t>RASHODI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stručni rad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službena natjecanja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zdravstveni pregledi sportaša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stipendije i naknade sportašima amaterima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neslužbena natjecanja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školovanje kadrova, seminari, licence i sl.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pripreme sportaša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oprema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osiguranje sportaša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službena putovanja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članarine i kotizacije savezima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administrativni troškovi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tekuće donacije iz EU projekata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- redovno poslovanje sportskih objekata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sz w:val="18"/>
              </w:rPr>
              <w:t>Rashodi ostalo</w:t>
            </w:r>
            <w:bookmarkStart w:id="0" w:name="_GoBack"/>
            <w:bookmarkEnd w:id="0"/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91519C">
            <w:r>
              <w:rPr>
                <w:b/>
                <w:sz w:val="18"/>
              </w:rPr>
              <w:t>UKUPNO RASHODI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XI. POPIS REDOVNIH ČLANOVA NACIONALNIH REPREZENTACIJA U 2026.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2880"/>
        <w:gridCol w:w="2304"/>
        <w:gridCol w:w="4320"/>
      </w:tblGrid>
      <w:tr w:rsidR="00AD0B04">
        <w:trPr>
          <w:jc w:val="center"/>
        </w:trPr>
        <w:tc>
          <w:tcPr>
            <w:tcW w:w="288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43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NAZIV NATJECANJA U KOJEM JE SUDJELOVAO U SASTAVU REPREZENTACIJE</w:t>
            </w:r>
          </w:p>
        </w:tc>
      </w:tr>
      <w:tr w:rsidR="00AD0B04">
        <w:trPr>
          <w:jc w:val="center"/>
        </w:trPr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3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3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3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XII. REZULTATI U 2026. - EKIPNI SPORTOVI</w:t>
      </w:r>
    </w:p>
    <w:p w:rsidR="00AD0B04" w:rsidRDefault="0091519C">
      <w:pPr>
        <w:spacing w:before="80" w:after="80"/>
      </w:pPr>
      <w:r>
        <w:rPr>
          <w:b/>
        </w:rPr>
        <w:t>XII./A REZULTATI OSTVARENI NA DOMAĆIM SLUŽBENIM LIGA I KUP NATJECANJIMA U 2026.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4032"/>
        <w:gridCol w:w="3600"/>
        <w:gridCol w:w="1872"/>
      </w:tblGrid>
      <w:tr w:rsidR="00AD0B04">
        <w:trPr>
          <w:jc w:val="center"/>
        </w:trPr>
        <w:tc>
          <w:tcPr>
            <w:tcW w:w="403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 PREMA NAZIVU NACIONALNOG SAVEZA</w:t>
            </w:r>
          </w:p>
        </w:tc>
        <w:tc>
          <w:tcPr>
            <w:tcW w:w="360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NAZIV I STUPANJ NATJECANJA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PLASMAN NA NATJECANJU</w:t>
            </w:r>
          </w:p>
        </w:tc>
      </w:tr>
      <w:tr w:rsidR="00AD0B04">
        <w:trPr>
          <w:jc w:val="center"/>
        </w:trPr>
        <w:tc>
          <w:tcPr>
            <w:tcW w:w="403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360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403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3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160" w:after="80"/>
      </w:pPr>
      <w:r>
        <w:rPr>
          <w:b/>
        </w:rPr>
        <w:t>XII./B REZULTATI OSTVARENI NA MEĐUNARODNIM SLUŽBENIM NATJECANJIMA U 2026.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168"/>
        <w:gridCol w:w="4464"/>
        <w:gridCol w:w="1872"/>
      </w:tblGrid>
      <w:tr w:rsidR="00AD0B04">
        <w:trPr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44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NAZIV I STUPANJ NATJECANJA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PLASMAN NA NATJECANJU</w:t>
            </w:r>
          </w:p>
        </w:tc>
      </w:tr>
      <w:tr w:rsidR="00AD0B04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4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4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XIII. REZULTATI U 2026. - INDIVIDUALNI SPORTOVI</w:t>
      </w:r>
    </w:p>
    <w:p w:rsidR="00AD0B04" w:rsidRDefault="0091519C">
      <w:pPr>
        <w:spacing w:before="80" w:after="80"/>
      </w:pPr>
      <w:r>
        <w:rPr>
          <w:b/>
        </w:rPr>
        <w:t>XIII./A REZULTATI OSTVARENI NA POJEDINAČNOM PRVENSTVU HRVATSKE U 2026.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2160"/>
        <w:gridCol w:w="1296"/>
        <w:gridCol w:w="1728"/>
        <w:gridCol w:w="1008"/>
        <w:gridCol w:w="1152"/>
        <w:gridCol w:w="2160"/>
      </w:tblGrid>
      <w:tr w:rsidR="00AD0B04">
        <w:trPr>
          <w:jc w:val="center"/>
        </w:trPr>
        <w:tc>
          <w:tcPr>
            <w:tcW w:w="21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129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KAT.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DISCIPLINA</w:t>
            </w:r>
          </w:p>
        </w:tc>
        <w:tc>
          <w:tcPr>
            <w:tcW w:w="100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PLASMAN *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REZULTAT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DATUM I MJESTO ODRŽAVANJA</w:t>
            </w:r>
          </w:p>
        </w:tc>
      </w:tr>
      <w:tr w:rsidR="00AD0B04">
        <w:trPr>
          <w:jc w:val="center"/>
        </w:trPr>
        <w:tc>
          <w:tcPr>
            <w:tcW w:w="21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29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00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40" w:after="120"/>
      </w:pPr>
      <w:r>
        <w:rPr>
          <w:i/>
          <w:color w:val="646464"/>
          <w:sz w:val="17"/>
        </w:rPr>
        <w:t>* Upisati prva tri mjesta na službenim natjecanjima.</w:t>
      </w:r>
    </w:p>
    <w:p w:rsidR="00AD0B04" w:rsidRDefault="0091519C">
      <w:pPr>
        <w:spacing w:before="160" w:after="80"/>
      </w:pPr>
      <w:r>
        <w:rPr>
          <w:b/>
        </w:rPr>
        <w:t>XIII./B REZULTATI OSTVARENI NA MEĐUNARODNIM SLUŽBENIM NATJECANJIMA U 2026.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2160"/>
        <w:gridCol w:w="1296"/>
        <w:gridCol w:w="1728"/>
        <w:gridCol w:w="1008"/>
        <w:gridCol w:w="1152"/>
        <w:gridCol w:w="2160"/>
      </w:tblGrid>
      <w:tr w:rsidR="00AD0B04">
        <w:trPr>
          <w:jc w:val="center"/>
        </w:trPr>
        <w:tc>
          <w:tcPr>
            <w:tcW w:w="21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129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DOBNA KAT.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DISCIPLINA</w:t>
            </w:r>
          </w:p>
        </w:tc>
        <w:tc>
          <w:tcPr>
            <w:tcW w:w="100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PLASMAN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REZULTAT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DATUM I MJESTO ODRŽAVANJA</w:t>
            </w:r>
          </w:p>
        </w:tc>
      </w:tr>
      <w:tr w:rsidR="00AD0B04">
        <w:trPr>
          <w:jc w:val="center"/>
        </w:trPr>
        <w:tc>
          <w:tcPr>
            <w:tcW w:w="21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29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00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29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0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320" w:after="240"/>
      </w:pPr>
      <w:r>
        <w:lastRenderedPageBreak/>
        <w:t>Potpisom ovog dokumenta, kao ovlaštena osoba udruge u skladu sa Statutom udruge i svim zakonskim odredbama Republike Hrvatske, pod punom odgovornošću potvrđujem da su svi podaci navedeni u obrascima točni, a priložena dokumentacija vjerodostojna.</w:t>
      </w:r>
    </w:p>
    <w:p w:rsidR="00AD0B04" w:rsidRDefault="0091519C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:rsidR="00170833" w:rsidRDefault="00170833">
      <w:pPr>
        <w:keepNext/>
        <w:spacing w:before="280" w:after="120"/>
        <w:rPr>
          <w:b/>
          <w:color w:val="1B365D"/>
          <w:sz w:val="22"/>
        </w:rPr>
      </w:pPr>
    </w:p>
    <w:p w:rsidR="00170833" w:rsidRDefault="00170833">
      <w:pPr>
        <w:keepNext/>
        <w:spacing w:before="280" w:after="120"/>
        <w:rPr>
          <w:b/>
          <w:color w:val="1B365D"/>
          <w:sz w:val="22"/>
        </w:rPr>
      </w:pPr>
    </w:p>
    <w:p w:rsidR="00170833" w:rsidRDefault="00170833">
      <w:pPr>
        <w:keepNext/>
        <w:spacing w:before="280" w:after="120"/>
        <w:rPr>
          <w:b/>
          <w:color w:val="1B365D"/>
          <w:sz w:val="22"/>
        </w:rPr>
      </w:pPr>
    </w:p>
    <w:p w:rsidR="00AD0B04" w:rsidRDefault="0091519C">
      <w:pPr>
        <w:keepNext/>
        <w:spacing w:before="280" w:after="120"/>
      </w:pPr>
      <w:r>
        <w:rPr>
          <w:b/>
          <w:color w:val="1B365D"/>
          <w:sz w:val="22"/>
        </w:rPr>
        <w:t>UZ PRIJAVU OBRASCA A PREDANI SU SLJEDEĆI DOKUMENTI: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720"/>
        <w:gridCol w:w="4032"/>
        <w:gridCol w:w="720"/>
        <w:gridCol w:w="4032"/>
      </w:tblGrid>
      <w:tr w:rsidR="00AD0B04">
        <w:trPr>
          <w:jc w:val="center"/>
        </w:trPr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403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DOKUMENTI - OPĆI UVJETI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403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D0B04" w:rsidRDefault="0091519C">
            <w:r>
              <w:rPr>
                <w:b/>
                <w:color w:val="FFFFFF"/>
                <w:sz w:val="18"/>
              </w:rPr>
              <w:t>DOKUMENTI - POSEBNI UVJETI</w:t>
            </w:r>
          </w:p>
        </w:tc>
      </w:tr>
      <w:tr w:rsidR="00AD0B04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  <w:tr w:rsidR="00AD0B04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  <w:tc>
          <w:tcPr>
            <w:tcW w:w="403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D0B04" w:rsidRDefault="00AD0B04"/>
        </w:tc>
      </w:tr>
    </w:tbl>
    <w:p w:rsidR="00AD0B04" w:rsidRDefault="0091519C">
      <w:pPr>
        <w:spacing w:before="280" w:after="80"/>
      </w:pPr>
      <w:r>
        <w:rPr>
          <w:b/>
        </w:rPr>
        <w:t>Ispunjava Riječki sportski savez:</w:t>
      </w:r>
      <w:r>
        <w:rPr>
          <w:b/>
        </w:rPr>
        <w:br/>
      </w:r>
      <w:r>
        <w:t>Datum primitka programa: ____________________</w:t>
      </w:r>
    </w:p>
    <w:p w:rsidR="00AD0B04" w:rsidRDefault="0091519C">
      <w:pPr>
        <w:spacing w:before="4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AD0B04" w:rsidSect="00DA63AB">
      <w:pgSz w:w="11909" w:h="16834"/>
      <w:pgMar w:top="1418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550"/>
    <w:rsid w:val="0015074B"/>
    <w:rsid w:val="00170833"/>
    <w:rsid w:val="0029639D"/>
    <w:rsid w:val="002D092D"/>
    <w:rsid w:val="00326F90"/>
    <w:rsid w:val="0082560C"/>
    <w:rsid w:val="0091519C"/>
    <w:rsid w:val="00A30CE4"/>
    <w:rsid w:val="00AA1D8D"/>
    <w:rsid w:val="00AD0B04"/>
    <w:rsid w:val="00B47730"/>
    <w:rsid w:val="00C7623B"/>
    <w:rsid w:val="00C84721"/>
    <w:rsid w:val="00CB0664"/>
    <w:rsid w:val="00DA63AB"/>
    <w:rsid w:val="00F642CC"/>
    <w:rsid w:val="00FC19F8"/>
    <w:rsid w:val="00FC693F"/>
    <w:rsid w:val="00FF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250F24-14F5-4CFB-86EF-F6F073E0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1080</Words>
  <Characters>6156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Mirjana Krizan</cp:lastModifiedBy>
  <cp:revision>4</cp:revision>
  <dcterms:created xsi:type="dcterms:W3CDTF">2026-09-29T13:31:00Z</dcterms:created>
  <dcterms:modified xsi:type="dcterms:W3CDTF">2026-09-30T09:18:00Z</dcterms:modified>
  <cp:category/>
</cp:coreProperties>
</file>